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3855"/>
        <w:gridCol w:w="3855"/>
        <w:gridCol w:w="3855"/>
        <w:gridCol w:w="3855"/>
      </w:tblGrid>
      <w:tr w:rsidR="00436CB6" w:rsidRPr="002A6970" w14:paraId="00983B4F" w14:textId="77777777">
        <w:trPr>
          <w:jc w:val="center"/>
        </w:trPr>
        <w:tc>
          <w:tcPr>
            <w:tcW w:w="3855" w:type="dxa"/>
            <w:shd w:val="clear" w:color="auto" w:fill="2D3D79"/>
            <w:tcMar>
              <w:top w:w="80" w:type="dxa"/>
              <w:left w:w="80" w:type="dxa"/>
              <w:bottom w:w="80" w:type="dxa"/>
              <w:right w:w="80" w:type="dxa"/>
            </w:tcMar>
          </w:tcPr>
          <w:p w14:paraId="30C431A5" w14:textId="2AB3605B" w:rsidR="00436CB6" w:rsidRPr="002A6970" w:rsidRDefault="00392156">
            <w:pPr>
              <w:spacing w:after="0"/>
              <w:rPr>
                <w:lang w:val="da-DK"/>
              </w:rPr>
            </w:pPr>
            <w:r w:rsidRPr="002A6970">
              <w:rPr>
                <w:b/>
                <w:color w:val="FFFFFF"/>
                <w:sz w:val="26"/>
                <w:lang w:val="da-DK"/>
              </w:rPr>
              <w:t>NATURMØDET, Hirtshals 202</w:t>
            </w:r>
            <w:r w:rsidR="00F364F4" w:rsidRPr="002A6970">
              <w:rPr>
                <w:b/>
                <w:color w:val="FFFFFF"/>
                <w:sz w:val="26"/>
                <w:lang w:val="da-DK"/>
              </w:rPr>
              <w:t>7</w:t>
            </w:r>
          </w:p>
        </w:tc>
        <w:tc>
          <w:tcPr>
            <w:tcW w:w="3855" w:type="dxa"/>
            <w:shd w:val="clear" w:color="auto" w:fill="2D3D79"/>
            <w:tcMar>
              <w:top w:w="80" w:type="dxa"/>
              <w:left w:w="80" w:type="dxa"/>
              <w:bottom w:w="80" w:type="dxa"/>
              <w:right w:w="80" w:type="dxa"/>
            </w:tcMar>
          </w:tcPr>
          <w:p w14:paraId="71B1595C" w14:textId="77777777" w:rsidR="00436CB6" w:rsidRPr="002A6970" w:rsidRDefault="00436CB6">
            <w:pPr>
              <w:spacing w:after="0"/>
              <w:rPr>
                <w:lang w:val="da-DK"/>
              </w:rPr>
            </w:pPr>
          </w:p>
        </w:tc>
        <w:tc>
          <w:tcPr>
            <w:tcW w:w="3855" w:type="dxa"/>
            <w:shd w:val="clear" w:color="auto" w:fill="43B39F"/>
            <w:tcMar>
              <w:top w:w="80" w:type="dxa"/>
              <w:left w:w="80" w:type="dxa"/>
              <w:bottom w:w="80" w:type="dxa"/>
              <w:right w:w="80" w:type="dxa"/>
            </w:tcMar>
          </w:tcPr>
          <w:p w14:paraId="3BBE1722" w14:textId="77777777" w:rsidR="00436CB6" w:rsidRPr="002A6970" w:rsidRDefault="00436CB6">
            <w:pPr>
              <w:spacing w:after="0"/>
              <w:rPr>
                <w:lang w:val="da-DK"/>
              </w:rPr>
            </w:pPr>
          </w:p>
        </w:tc>
        <w:tc>
          <w:tcPr>
            <w:tcW w:w="3855" w:type="dxa"/>
            <w:shd w:val="clear" w:color="auto" w:fill="ADCA20"/>
            <w:tcMar>
              <w:top w:w="80" w:type="dxa"/>
              <w:left w:w="80" w:type="dxa"/>
              <w:bottom w:w="80" w:type="dxa"/>
              <w:right w:w="80" w:type="dxa"/>
            </w:tcMar>
          </w:tcPr>
          <w:p w14:paraId="068A3ECF" w14:textId="77777777" w:rsidR="00436CB6" w:rsidRPr="002A6970" w:rsidRDefault="00436CB6">
            <w:pPr>
              <w:spacing w:after="0"/>
              <w:rPr>
                <w:lang w:val="da-DK"/>
              </w:rPr>
            </w:pPr>
          </w:p>
        </w:tc>
      </w:tr>
    </w:tbl>
    <w:p w14:paraId="6B27EA56" w14:textId="77777777" w:rsidR="00436CB6" w:rsidRPr="002A6970" w:rsidRDefault="00436CB6">
      <w:pPr>
        <w:spacing w:after="40"/>
        <w:rPr>
          <w:lang w:val="da-DK"/>
        </w:rPr>
      </w:pPr>
    </w:p>
    <w:p w14:paraId="7555DEA0" w14:textId="6062B458" w:rsidR="00436CB6" w:rsidRPr="002A6970" w:rsidRDefault="00436CB6">
      <w:pPr>
        <w:spacing w:after="80"/>
        <w:jc w:val="center"/>
        <w:rPr>
          <w:lang w:val="da-DK"/>
        </w:rPr>
      </w:pPr>
    </w:p>
    <w:p w14:paraId="7A4A8F64" w14:textId="77777777" w:rsidR="00436CB6" w:rsidRPr="002A6970" w:rsidRDefault="00392156">
      <w:pPr>
        <w:spacing w:after="0"/>
        <w:jc w:val="right"/>
        <w:rPr>
          <w:lang w:val="da-DK"/>
        </w:rPr>
      </w:pPr>
      <w:r w:rsidRPr="002A6970">
        <w:rPr>
          <w:b/>
          <w:color w:val="2D3D79"/>
          <w:sz w:val="70"/>
          <w:lang w:val="da-DK"/>
        </w:rPr>
        <w:t>DREJEBOG</w:t>
      </w:r>
    </w:p>
    <w:p w14:paraId="196BE57E" w14:textId="77777777" w:rsidR="00436CB6" w:rsidRPr="002A6970" w:rsidRDefault="00392156">
      <w:pPr>
        <w:spacing w:after="0"/>
        <w:jc w:val="right"/>
        <w:rPr>
          <w:lang w:val="da-DK"/>
        </w:rPr>
      </w:pPr>
      <w:r w:rsidRPr="002A6970">
        <w:rPr>
          <w:b/>
          <w:color w:val="2F2F38"/>
          <w:sz w:val="48"/>
          <w:lang w:val="da-DK"/>
        </w:rPr>
        <w:t>LEARN</w:t>
      </w:r>
    </w:p>
    <w:p w14:paraId="5B4FD77B" w14:textId="4E5D656C" w:rsidR="00436CB6" w:rsidRPr="002A6970" w:rsidRDefault="00392156">
      <w:pPr>
        <w:spacing w:after="100"/>
        <w:jc w:val="right"/>
        <w:rPr>
          <w:lang w:val="da-DK"/>
        </w:rPr>
      </w:pPr>
      <w:r w:rsidRPr="002A6970">
        <w:rPr>
          <w:color w:val="2D3D79"/>
          <w:sz w:val="32"/>
          <w:lang w:val="da-DK"/>
        </w:rPr>
        <w:t>Naturmødet 202</w:t>
      </w:r>
      <w:r w:rsidR="00556FA4" w:rsidRPr="002A6970">
        <w:rPr>
          <w:color w:val="2D3D79"/>
          <w:sz w:val="32"/>
          <w:lang w:val="da-DK"/>
        </w:rPr>
        <w:t>7</w:t>
      </w:r>
    </w:p>
    <w:tbl>
      <w:tblPr>
        <w:tblW w:w="0" w:type="auto"/>
        <w:jc w:val="right"/>
        <w:tblLook w:val="04A0" w:firstRow="1" w:lastRow="0" w:firstColumn="1" w:lastColumn="0" w:noHBand="0" w:noVBand="1"/>
      </w:tblPr>
      <w:tblGrid>
        <w:gridCol w:w="5140"/>
        <w:gridCol w:w="5140"/>
        <w:gridCol w:w="5140"/>
      </w:tblGrid>
      <w:tr w:rsidR="00436CB6" w:rsidRPr="002A6970" w14:paraId="21BA67D2" w14:textId="77777777">
        <w:trPr>
          <w:jc w:val="right"/>
        </w:trPr>
        <w:tc>
          <w:tcPr>
            <w:tcW w:w="5140" w:type="dxa"/>
            <w:shd w:val="clear" w:color="auto" w:fill="ADCA20"/>
            <w:tcMar>
              <w:top w:w="80" w:type="dxa"/>
              <w:left w:w="80" w:type="dxa"/>
              <w:bottom w:w="80" w:type="dxa"/>
              <w:right w:w="80" w:type="dxa"/>
            </w:tcMar>
          </w:tcPr>
          <w:p w14:paraId="210A792E" w14:textId="77777777" w:rsidR="00436CB6" w:rsidRPr="002A6970" w:rsidRDefault="00392156">
            <w:pPr>
              <w:spacing w:after="0"/>
              <w:rPr>
                <w:lang w:val="da-DK"/>
              </w:rPr>
            </w:pPr>
            <w:r w:rsidRPr="002A6970">
              <w:rPr>
                <w:b/>
                <w:color w:val="2F2F38"/>
                <w:sz w:val="17"/>
                <w:lang w:val="da-DK"/>
              </w:rPr>
              <w:t>PROGRAMPUNKT</w:t>
            </w:r>
          </w:p>
        </w:tc>
        <w:tc>
          <w:tcPr>
            <w:tcW w:w="5140" w:type="dxa"/>
            <w:shd w:val="clear" w:color="auto" w:fill="ADCA20"/>
            <w:tcMar>
              <w:top w:w="80" w:type="dxa"/>
              <w:left w:w="80" w:type="dxa"/>
              <w:bottom w:w="80" w:type="dxa"/>
              <w:right w:w="80" w:type="dxa"/>
            </w:tcMar>
          </w:tcPr>
          <w:p w14:paraId="29D797FA" w14:textId="77777777" w:rsidR="00436CB6" w:rsidRPr="002A6970" w:rsidRDefault="00392156">
            <w:pPr>
              <w:spacing w:after="0"/>
              <w:rPr>
                <w:lang w:val="da-DK"/>
              </w:rPr>
            </w:pPr>
            <w:r w:rsidRPr="002A6970">
              <w:rPr>
                <w:b/>
                <w:color w:val="2F2F38"/>
                <w:sz w:val="17"/>
                <w:lang w:val="da-DK"/>
              </w:rPr>
              <w:t>PROGRAMARRANGØR</w:t>
            </w:r>
          </w:p>
        </w:tc>
        <w:tc>
          <w:tcPr>
            <w:tcW w:w="5140" w:type="dxa"/>
            <w:shd w:val="clear" w:color="auto" w:fill="ADCA20"/>
            <w:tcMar>
              <w:top w:w="80" w:type="dxa"/>
              <w:left w:w="80" w:type="dxa"/>
              <w:bottom w:w="80" w:type="dxa"/>
              <w:right w:w="80" w:type="dxa"/>
            </w:tcMar>
          </w:tcPr>
          <w:p w14:paraId="4EEE297C" w14:textId="77777777" w:rsidR="00436CB6" w:rsidRPr="002A6970" w:rsidRDefault="00392156">
            <w:pPr>
              <w:spacing w:after="0"/>
              <w:rPr>
                <w:lang w:val="da-DK"/>
              </w:rPr>
            </w:pPr>
            <w:r w:rsidRPr="002A6970">
              <w:rPr>
                <w:b/>
                <w:color w:val="2F2F38"/>
                <w:sz w:val="17"/>
                <w:lang w:val="da-DK"/>
              </w:rPr>
              <w:t>DATO &amp; TID</w:t>
            </w:r>
          </w:p>
        </w:tc>
      </w:tr>
      <w:tr w:rsidR="00436CB6" w:rsidRPr="002A6970" w14:paraId="3A32E853" w14:textId="77777777">
        <w:trPr>
          <w:jc w:val="right"/>
        </w:trPr>
        <w:tc>
          <w:tcPr>
            <w:tcW w:w="5140" w:type="dxa"/>
            <w:tcMar>
              <w:top w:w="80" w:type="dxa"/>
              <w:left w:w="80" w:type="dxa"/>
              <w:bottom w:w="80" w:type="dxa"/>
              <w:right w:w="80" w:type="dxa"/>
            </w:tcMar>
          </w:tcPr>
          <w:p w14:paraId="072D9ABD" w14:textId="31B6041E" w:rsidR="00436CB6" w:rsidRPr="002A6970" w:rsidRDefault="00392156">
            <w:pPr>
              <w:spacing w:after="0"/>
              <w:rPr>
                <w:lang w:val="da-DK"/>
              </w:rPr>
            </w:pPr>
            <w:r w:rsidRPr="002A6970">
              <w:rPr>
                <w:b/>
                <w:color w:val="2D3D79"/>
                <w:sz w:val="22"/>
                <w:lang w:val="da-DK"/>
              </w:rPr>
              <w:t>[indsæt titel]</w:t>
            </w:r>
          </w:p>
        </w:tc>
        <w:tc>
          <w:tcPr>
            <w:tcW w:w="5140" w:type="dxa"/>
            <w:tcMar>
              <w:top w:w="80" w:type="dxa"/>
              <w:left w:w="80" w:type="dxa"/>
              <w:bottom w:w="80" w:type="dxa"/>
              <w:right w:w="80" w:type="dxa"/>
            </w:tcMar>
          </w:tcPr>
          <w:p w14:paraId="7B960804" w14:textId="77777777" w:rsidR="00436CB6" w:rsidRPr="002A6970" w:rsidRDefault="00392156">
            <w:pPr>
              <w:spacing w:after="0"/>
              <w:rPr>
                <w:lang w:val="da-DK"/>
              </w:rPr>
            </w:pPr>
            <w:r w:rsidRPr="002A6970">
              <w:rPr>
                <w:b/>
                <w:color w:val="2D3D79"/>
                <w:sz w:val="22"/>
                <w:lang w:val="da-DK"/>
              </w:rPr>
              <w:t>[indsæt organisation]</w:t>
            </w:r>
          </w:p>
        </w:tc>
        <w:tc>
          <w:tcPr>
            <w:tcW w:w="5140" w:type="dxa"/>
            <w:tcMar>
              <w:top w:w="80" w:type="dxa"/>
              <w:left w:w="80" w:type="dxa"/>
              <w:bottom w:w="80" w:type="dxa"/>
              <w:right w:w="80" w:type="dxa"/>
            </w:tcMar>
          </w:tcPr>
          <w:p w14:paraId="45BE8CF8" w14:textId="77777777" w:rsidR="00436CB6" w:rsidRPr="002A6970" w:rsidRDefault="00392156">
            <w:pPr>
              <w:spacing w:after="0"/>
              <w:rPr>
                <w:lang w:val="da-DK"/>
              </w:rPr>
            </w:pPr>
            <w:r w:rsidRPr="002A6970">
              <w:rPr>
                <w:b/>
                <w:color w:val="2D3D79"/>
                <w:sz w:val="22"/>
                <w:lang w:val="da-DK"/>
              </w:rPr>
              <w:t>[indsæt dato og tidspunkt]</w:t>
            </w:r>
          </w:p>
        </w:tc>
      </w:tr>
    </w:tbl>
    <w:p w14:paraId="2E11E878" w14:textId="77777777" w:rsidR="00B86D1D" w:rsidRPr="002A6970" w:rsidRDefault="00B86D1D">
      <w:pPr>
        <w:rPr>
          <w:lang w:val="da-DK"/>
        </w:rPr>
      </w:pPr>
    </w:p>
    <w:p w14:paraId="03ED0C85" w14:textId="77777777" w:rsidR="00B86D1D" w:rsidRPr="002A6970" w:rsidRDefault="00B86D1D">
      <w:pPr>
        <w:rPr>
          <w:lang w:val="da-DK"/>
        </w:rPr>
      </w:pPr>
    </w:p>
    <w:tbl>
      <w:tblPr>
        <w:tblW w:w="0" w:type="auto"/>
        <w:jc w:val="center"/>
        <w:tblLook w:val="04A0" w:firstRow="1" w:lastRow="0" w:firstColumn="1" w:lastColumn="0" w:noHBand="0" w:noVBand="1"/>
      </w:tblPr>
      <w:tblGrid>
        <w:gridCol w:w="2570"/>
        <w:gridCol w:w="2570"/>
        <w:gridCol w:w="2570"/>
        <w:gridCol w:w="2570"/>
        <w:gridCol w:w="2570"/>
        <w:gridCol w:w="2570"/>
      </w:tblGrid>
      <w:tr w:rsidR="00B86D1D" w:rsidRPr="002A6970" w14:paraId="5B332359" w14:textId="77777777" w:rsidTr="00FE6AFD">
        <w:trPr>
          <w:jc w:val="center"/>
        </w:trPr>
        <w:tc>
          <w:tcPr>
            <w:tcW w:w="2570" w:type="dxa"/>
            <w:shd w:val="clear" w:color="auto" w:fill="2D3D79"/>
            <w:tcMar>
              <w:top w:w="80" w:type="dxa"/>
              <w:left w:w="80" w:type="dxa"/>
              <w:bottom w:w="80" w:type="dxa"/>
              <w:right w:w="80" w:type="dxa"/>
            </w:tcMar>
          </w:tcPr>
          <w:p w14:paraId="3805F926" w14:textId="77777777" w:rsidR="00B86D1D" w:rsidRPr="002A6970" w:rsidRDefault="00B86D1D" w:rsidP="00FE6AFD">
            <w:pPr>
              <w:spacing w:after="0"/>
              <w:jc w:val="center"/>
              <w:rPr>
                <w:lang w:val="da-DK"/>
              </w:rPr>
            </w:pPr>
            <w:r w:rsidRPr="002A6970">
              <w:rPr>
                <w:b/>
                <w:color w:val="FFFFFF"/>
                <w:sz w:val="15"/>
                <w:lang w:val="da-DK"/>
              </w:rPr>
              <w:t>SCENE</w:t>
            </w:r>
          </w:p>
        </w:tc>
        <w:tc>
          <w:tcPr>
            <w:tcW w:w="2570" w:type="dxa"/>
            <w:shd w:val="clear" w:color="auto" w:fill="2D3D79"/>
            <w:tcMar>
              <w:top w:w="80" w:type="dxa"/>
              <w:left w:w="80" w:type="dxa"/>
              <w:bottom w:w="80" w:type="dxa"/>
              <w:right w:w="80" w:type="dxa"/>
            </w:tcMar>
          </w:tcPr>
          <w:p w14:paraId="5833FC17" w14:textId="77777777" w:rsidR="00B86D1D" w:rsidRPr="002A6970" w:rsidRDefault="00B86D1D" w:rsidP="00FE6AFD">
            <w:pPr>
              <w:spacing w:after="0"/>
              <w:jc w:val="center"/>
              <w:rPr>
                <w:lang w:val="da-DK"/>
              </w:rPr>
            </w:pPr>
            <w:r w:rsidRPr="002A6970">
              <w:rPr>
                <w:b/>
                <w:color w:val="FFFFFF"/>
                <w:sz w:val="15"/>
                <w:lang w:val="da-DK"/>
              </w:rPr>
              <w:t>VARIGHED</w:t>
            </w:r>
          </w:p>
        </w:tc>
        <w:tc>
          <w:tcPr>
            <w:tcW w:w="2570" w:type="dxa"/>
            <w:shd w:val="clear" w:color="auto" w:fill="2D3D79"/>
            <w:tcMar>
              <w:top w:w="80" w:type="dxa"/>
              <w:left w:w="80" w:type="dxa"/>
              <w:bottom w:w="80" w:type="dxa"/>
              <w:right w:w="80" w:type="dxa"/>
            </w:tcMar>
          </w:tcPr>
          <w:p w14:paraId="5D5AEB73" w14:textId="77777777" w:rsidR="00B86D1D" w:rsidRPr="002A6970" w:rsidRDefault="00B86D1D" w:rsidP="00FE6AFD">
            <w:pPr>
              <w:spacing w:after="0"/>
              <w:jc w:val="center"/>
              <w:rPr>
                <w:lang w:val="da-DK"/>
              </w:rPr>
            </w:pPr>
            <w:r w:rsidRPr="002A6970">
              <w:rPr>
                <w:b/>
                <w:color w:val="FFFFFF"/>
                <w:sz w:val="15"/>
                <w:lang w:val="da-DK"/>
              </w:rPr>
              <w:t>PÅ SCENEN</w:t>
            </w:r>
          </w:p>
        </w:tc>
        <w:tc>
          <w:tcPr>
            <w:tcW w:w="2570" w:type="dxa"/>
            <w:shd w:val="clear" w:color="auto" w:fill="2D3D79"/>
            <w:tcMar>
              <w:top w:w="80" w:type="dxa"/>
              <w:left w:w="80" w:type="dxa"/>
              <w:bottom w:w="80" w:type="dxa"/>
              <w:right w:w="80" w:type="dxa"/>
            </w:tcMar>
          </w:tcPr>
          <w:p w14:paraId="0407869A" w14:textId="77777777" w:rsidR="00B86D1D" w:rsidRPr="002A6970" w:rsidRDefault="00B86D1D" w:rsidP="00FE6AFD">
            <w:pPr>
              <w:spacing w:after="0"/>
              <w:jc w:val="center"/>
              <w:rPr>
                <w:lang w:val="da-DK"/>
              </w:rPr>
            </w:pPr>
            <w:r w:rsidRPr="002A6970">
              <w:rPr>
                <w:b/>
                <w:color w:val="FFFFFF"/>
                <w:sz w:val="15"/>
                <w:lang w:val="da-DK"/>
              </w:rPr>
              <w:t>MODERATOR</w:t>
            </w:r>
          </w:p>
        </w:tc>
        <w:tc>
          <w:tcPr>
            <w:tcW w:w="2570" w:type="dxa"/>
            <w:shd w:val="clear" w:color="auto" w:fill="2D3D79"/>
            <w:tcMar>
              <w:top w:w="80" w:type="dxa"/>
              <w:left w:w="80" w:type="dxa"/>
              <w:bottom w:w="80" w:type="dxa"/>
              <w:right w:w="80" w:type="dxa"/>
            </w:tcMar>
          </w:tcPr>
          <w:p w14:paraId="2FC38409" w14:textId="77777777" w:rsidR="00B86D1D" w:rsidRPr="002A6970" w:rsidRDefault="00B86D1D" w:rsidP="00FE6AFD">
            <w:pPr>
              <w:spacing w:after="0"/>
              <w:jc w:val="center"/>
              <w:rPr>
                <w:lang w:val="da-DK"/>
              </w:rPr>
            </w:pPr>
            <w:r w:rsidRPr="002A6970">
              <w:rPr>
                <w:b/>
                <w:color w:val="FFFFFF"/>
                <w:sz w:val="15"/>
                <w:lang w:val="da-DK"/>
              </w:rPr>
              <w:t>PUBLIKUM</w:t>
            </w:r>
          </w:p>
        </w:tc>
        <w:tc>
          <w:tcPr>
            <w:tcW w:w="2570" w:type="dxa"/>
            <w:shd w:val="clear" w:color="auto" w:fill="2D3D79"/>
            <w:tcMar>
              <w:top w:w="80" w:type="dxa"/>
              <w:left w:w="80" w:type="dxa"/>
              <w:bottom w:w="80" w:type="dxa"/>
              <w:right w:w="80" w:type="dxa"/>
            </w:tcMar>
          </w:tcPr>
          <w:p w14:paraId="7AAD08AF" w14:textId="77777777" w:rsidR="00B86D1D" w:rsidRPr="002A6970" w:rsidRDefault="00B86D1D" w:rsidP="00FE6AFD">
            <w:pPr>
              <w:spacing w:after="0"/>
              <w:jc w:val="center"/>
              <w:rPr>
                <w:lang w:val="da-DK"/>
              </w:rPr>
            </w:pPr>
            <w:r w:rsidRPr="002A6970">
              <w:rPr>
                <w:b/>
                <w:color w:val="FFFFFF"/>
                <w:sz w:val="15"/>
                <w:lang w:val="da-DK"/>
              </w:rPr>
              <w:t>TEKNIK</w:t>
            </w:r>
          </w:p>
        </w:tc>
      </w:tr>
      <w:tr w:rsidR="00B86D1D" w:rsidRPr="002A6970" w14:paraId="09151713" w14:textId="77777777" w:rsidTr="00FE6AFD">
        <w:trPr>
          <w:jc w:val="center"/>
        </w:trPr>
        <w:tc>
          <w:tcPr>
            <w:tcW w:w="2570" w:type="dxa"/>
            <w:shd w:val="clear" w:color="auto" w:fill="F3F4F6"/>
            <w:tcMar>
              <w:top w:w="80" w:type="dxa"/>
              <w:left w:w="80" w:type="dxa"/>
              <w:bottom w:w="80" w:type="dxa"/>
              <w:right w:w="80" w:type="dxa"/>
            </w:tcMar>
          </w:tcPr>
          <w:p w14:paraId="53DFFE40" w14:textId="77777777" w:rsidR="00B86D1D" w:rsidRPr="002A6970" w:rsidRDefault="00B86D1D" w:rsidP="00FE6AFD">
            <w:pPr>
              <w:spacing w:after="0"/>
              <w:jc w:val="center"/>
              <w:rPr>
                <w:lang w:val="da-DK"/>
              </w:rPr>
            </w:pPr>
            <w:r w:rsidRPr="002A6970">
              <w:rPr>
                <w:b/>
                <w:color w:val="2F2F38"/>
                <w:sz w:val="17"/>
                <w:lang w:val="da-DK"/>
              </w:rPr>
              <w:t>LEARN</w:t>
            </w:r>
          </w:p>
        </w:tc>
        <w:tc>
          <w:tcPr>
            <w:tcW w:w="2570" w:type="dxa"/>
            <w:shd w:val="clear" w:color="auto" w:fill="F3F4F6"/>
            <w:tcMar>
              <w:top w:w="80" w:type="dxa"/>
              <w:left w:w="80" w:type="dxa"/>
              <w:bottom w:w="80" w:type="dxa"/>
              <w:right w:w="80" w:type="dxa"/>
            </w:tcMar>
          </w:tcPr>
          <w:p w14:paraId="5329ACD3" w14:textId="77777777" w:rsidR="00B86D1D" w:rsidRPr="002A6970" w:rsidRDefault="00B86D1D" w:rsidP="00FE6AFD">
            <w:pPr>
              <w:spacing w:after="0"/>
              <w:jc w:val="center"/>
              <w:rPr>
                <w:lang w:val="da-DK"/>
              </w:rPr>
            </w:pPr>
            <w:r w:rsidRPr="002A6970">
              <w:rPr>
                <w:b/>
                <w:color w:val="2F2F38"/>
                <w:sz w:val="17"/>
                <w:lang w:val="da-DK"/>
              </w:rPr>
              <w:t>40 min.</w:t>
            </w:r>
          </w:p>
        </w:tc>
        <w:tc>
          <w:tcPr>
            <w:tcW w:w="2570" w:type="dxa"/>
            <w:shd w:val="clear" w:color="auto" w:fill="F3F4F6"/>
            <w:tcMar>
              <w:top w:w="80" w:type="dxa"/>
              <w:left w:w="80" w:type="dxa"/>
              <w:bottom w:w="80" w:type="dxa"/>
              <w:right w:w="80" w:type="dxa"/>
            </w:tcMar>
          </w:tcPr>
          <w:p w14:paraId="00D7F0C0" w14:textId="26AFBB1E" w:rsidR="00B86D1D" w:rsidRPr="002A6970" w:rsidRDefault="00B961EB" w:rsidP="00FE6AFD">
            <w:pPr>
              <w:spacing w:after="0"/>
              <w:jc w:val="center"/>
              <w:rPr>
                <w:lang w:val="da-DK"/>
              </w:rPr>
            </w:pPr>
            <w:r w:rsidRPr="002A6970">
              <w:rPr>
                <w:b/>
                <w:color w:val="2F2F38"/>
                <w:sz w:val="17"/>
                <w:lang w:val="da-DK"/>
              </w:rPr>
              <w:t>1-3</w:t>
            </w:r>
            <w:r w:rsidR="00B86D1D" w:rsidRPr="002A6970">
              <w:rPr>
                <w:b/>
                <w:color w:val="2F2F38"/>
                <w:sz w:val="17"/>
                <w:lang w:val="da-DK"/>
              </w:rPr>
              <w:t xml:space="preserve"> deltagere</w:t>
            </w:r>
          </w:p>
        </w:tc>
        <w:tc>
          <w:tcPr>
            <w:tcW w:w="2570" w:type="dxa"/>
            <w:shd w:val="clear" w:color="auto" w:fill="F3F4F6"/>
            <w:tcMar>
              <w:top w:w="80" w:type="dxa"/>
              <w:left w:w="80" w:type="dxa"/>
              <w:bottom w:w="80" w:type="dxa"/>
              <w:right w:w="80" w:type="dxa"/>
            </w:tcMar>
          </w:tcPr>
          <w:p w14:paraId="773B9DE9" w14:textId="77777777" w:rsidR="00B86D1D" w:rsidRPr="002A6970" w:rsidRDefault="00B86D1D" w:rsidP="00FE6AFD">
            <w:pPr>
              <w:spacing w:after="0"/>
              <w:jc w:val="center"/>
              <w:rPr>
                <w:b/>
                <w:bCs/>
                <w:sz w:val="17"/>
                <w:szCs w:val="17"/>
                <w:lang w:val="da-DK"/>
              </w:rPr>
            </w:pPr>
            <w:r w:rsidRPr="002A6970">
              <w:rPr>
                <w:b/>
                <w:bCs/>
                <w:sz w:val="17"/>
                <w:szCs w:val="17"/>
                <w:lang w:val="da-DK"/>
              </w:rPr>
              <w:t>Jan Falkentoft</w:t>
            </w:r>
          </w:p>
        </w:tc>
        <w:tc>
          <w:tcPr>
            <w:tcW w:w="2570" w:type="dxa"/>
            <w:shd w:val="clear" w:color="auto" w:fill="F3F4F6"/>
            <w:tcMar>
              <w:top w:w="80" w:type="dxa"/>
              <w:left w:w="80" w:type="dxa"/>
              <w:bottom w:w="80" w:type="dxa"/>
              <w:right w:w="80" w:type="dxa"/>
            </w:tcMar>
          </w:tcPr>
          <w:p w14:paraId="4525DB46" w14:textId="68101A37" w:rsidR="00B86D1D" w:rsidRPr="002A6970" w:rsidRDefault="00B86D1D" w:rsidP="00FE6AFD">
            <w:pPr>
              <w:spacing w:after="0"/>
              <w:jc w:val="center"/>
              <w:rPr>
                <w:lang w:val="da-DK"/>
              </w:rPr>
            </w:pPr>
            <w:r w:rsidRPr="002A6970">
              <w:rPr>
                <w:b/>
                <w:color w:val="2F2F38"/>
                <w:sz w:val="17"/>
                <w:lang w:val="da-DK"/>
              </w:rPr>
              <w:t xml:space="preserve">Op til </w:t>
            </w:r>
            <w:r w:rsidR="00C07F19">
              <w:rPr>
                <w:b/>
                <w:color w:val="2F2F38"/>
                <w:sz w:val="17"/>
                <w:lang w:val="da-DK"/>
              </w:rPr>
              <w:t>15</w:t>
            </w:r>
            <w:r w:rsidRPr="002A6970">
              <w:rPr>
                <w:b/>
                <w:color w:val="2F2F38"/>
                <w:sz w:val="17"/>
                <w:lang w:val="da-DK"/>
              </w:rPr>
              <w:t>0</w:t>
            </w:r>
          </w:p>
        </w:tc>
        <w:tc>
          <w:tcPr>
            <w:tcW w:w="2570" w:type="dxa"/>
            <w:shd w:val="clear" w:color="auto" w:fill="F3F4F6"/>
            <w:tcMar>
              <w:top w:w="80" w:type="dxa"/>
              <w:left w:w="80" w:type="dxa"/>
              <w:bottom w:w="80" w:type="dxa"/>
              <w:right w:w="80" w:type="dxa"/>
            </w:tcMar>
          </w:tcPr>
          <w:p w14:paraId="5859D389" w14:textId="77777777" w:rsidR="00B86D1D" w:rsidRPr="002A6970" w:rsidRDefault="00B86D1D" w:rsidP="00FE6AFD">
            <w:pPr>
              <w:spacing w:after="0"/>
              <w:jc w:val="center"/>
              <w:rPr>
                <w:lang w:val="da-DK"/>
              </w:rPr>
            </w:pPr>
            <w:r w:rsidRPr="002A6970">
              <w:rPr>
                <w:b/>
                <w:color w:val="2F2F38"/>
                <w:sz w:val="17"/>
                <w:lang w:val="da-DK"/>
              </w:rPr>
              <w:t>Headsets, 3 publikumsskærme + monitorskærm</w:t>
            </w:r>
          </w:p>
        </w:tc>
      </w:tr>
    </w:tbl>
    <w:p w14:paraId="4E079703" w14:textId="556F8C9B" w:rsidR="00436CB6" w:rsidRPr="002A6970" w:rsidRDefault="00392156">
      <w:pPr>
        <w:rPr>
          <w:lang w:val="da-DK"/>
        </w:rPr>
      </w:pPr>
      <w:r w:rsidRPr="002A6970">
        <w:rPr>
          <w:lang w:val="da-DK"/>
        </w:rPr>
        <w:br w:type="page"/>
      </w:r>
    </w:p>
    <w:p w14:paraId="14392649" w14:textId="77777777" w:rsidR="00436CB6" w:rsidRPr="002A6970" w:rsidRDefault="00392156">
      <w:pPr>
        <w:pStyle w:val="Overskrift1"/>
        <w:rPr>
          <w:lang w:val="da-DK"/>
        </w:rPr>
      </w:pPr>
      <w:r w:rsidRPr="002A6970">
        <w:rPr>
          <w:lang w:val="da-DK"/>
        </w:rPr>
        <w:lastRenderedPageBreak/>
        <w:t>Overblik over programpunktet</w:t>
      </w:r>
    </w:p>
    <w:p w14:paraId="6F7E69FA" w14:textId="77777777" w:rsidR="00436CB6" w:rsidRPr="002A6970" w:rsidRDefault="00392156">
      <w:pPr>
        <w:spacing w:after="160"/>
        <w:rPr>
          <w:lang w:val="da-DK"/>
        </w:rPr>
      </w:pPr>
      <w:r w:rsidRPr="002A6970">
        <w:rPr>
          <w:lang w:val="da-DK"/>
        </w:rPr>
        <w:t>Brug siden til at sikre, at alle omkring scenen har samme billede af formål, format og ansvar før I går i detaljer med minut-for-minut-planen.</w:t>
      </w:r>
    </w:p>
    <w:p w14:paraId="44EA52E3" w14:textId="77777777" w:rsidR="00436CB6" w:rsidRPr="002A6970" w:rsidRDefault="00436CB6">
      <w:pPr>
        <w:spacing w:after="40"/>
        <w:rPr>
          <w:lang w:val="da-DK"/>
        </w:rPr>
      </w:pPr>
    </w:p>
    <w:tbl>
      <w:tblPr>
        <w:tblW w:w="0" w:type="auto"/>
        <w:jc w:val="center"/>
        <w:tblLook w:val="04A0" w:firstRow="1" w:lastRow="0" w:firstColumn="1" w:lastColumn="0" w:noHBand="0" w:noVBand="1"/>
      </w:tblPr>
      <w:tblGrid>
        <w:gridCol w:w="7710"/>
        <w:gridCol w:w="7710"/>
      </w:tblGrid>
      <w:tr w:rsidR="00436CB6" w:rsidRPr="00625CC6" w14:paraId="7C97E876" w14:textId="77777777">
        <w:trPr>
          <w:jc w:val="center"/>
        </w:trPr>
        <w:tc>
          <w:tcPr>
            <w:tcW w:w="7710" w:type="dxa"/>
            <w:shd w:val="clear" w:color="auto" w:fill="FFFFFF"/>
            <w:tcMar>
              <w:top w:w="120" w:type="dxa"/>
              <w:left w:w="140" w:type="dxa"/>
              <w:bottom w:w="120" w:type="dxa"/>
              <w:right w:w="140" w:type="dxa"/>
            </w:tcMar>
          </w:tcPr>
          <w:p w14:paraId="6C7AB3EA" w14:textId="77777777" w:rsidR="00436CB6" w:rsidRPr="002A6970" w:rsidRDefault="00392156">
            <w:pPr>
              <w:spacing w:after="80"/>
              <w:rPr>
                <w:lang w:val="da-DK"/>
              </w:rPr>
            </w:pPr>
            <w:r w:rsidRPr="002A6970">
              <w:rPr>
                <w:b/>
                <w:color w:val="2D3D79"/>
                <w:sz w:val="20"/>
                <w:lang w:val="da-DK"/>
              </w:rPr>
              <w:t>FORMÅL</w:t>
            </w:r>
          </w:p>
          <w:p w14:paraId="3A5515F7" w14:textId="391A4067" w:rsidR="00436CB6" w:rsidRPr="002A6970" w:rsidRDefault="00392156">
            <w:pPr>
              <w:spacing w:after="0"/>
              <w:rPr>
                <w:lang w:val="da-DK"/>
              </w:rPr>
            </w:pPr>
            <w:r w:rsidRPr="002A6970">
              <w:rPr>
                <w:lang w:val="da-DK"/>
              </w:rPr>
              <w:t>Hvad skal publikum forstå, opdage eller blive fascineret af efter indslaget?</w:t>
            </w:r>
            <w:r w:rsidRPr="002A6970">
              <w:rPr>
                <w:lang w:val="da-DK"/>
              </w:rPr>
              <w:br/>
            </w:r>
            <w:r w:rsidRPr="002A6970">
              <w:rPr>
                <w:lang w:val="da-DK"/>
              </w:rPr>
              <w:br/>
              <w:t>[indsæt 2-4 linjer]</w:t>
            </w:r>
          </w:p>
        </w:tc>
        <w:tc>
          <w:tcPr>
            <w:tcW w:w="7710" w:type="dxa"/>
            <w:shd w:val="clear" w:color="auto" w:fill="FFFFFF"/>
            <w:tcMar>
              <w:top w:w="120" w:type="dxa"/>
              <w:left w:w="140" w:type="dxa"/>
              <w:bottom w:w="120" w:type="dxa"/>
              <w:right w:w="140" w:type="dxa"/>
            </w:tcMar>
          </w:tcPr>
          <w:p w14:paraId="6D38653E" w14:textId="77777777" w:rsidR="00436CB6" w:rsidRPr="002A6970" w:rsidRDefault="00392156">
            <w:pPr>
              <w:spacing w:after="80"/>
              <w:rPr>
                <w:lang w:val="da-DK"/>
              </w:rPr>
            </w:pPr>
            <w:r w:rsidRPr="002A6970">
              <w:rPr>
                <w:b/>
                <w:color w:val="2D3D79"/>
                <w:sz w:val="20"/>
                <w:lang w:val="da-DK"/>
              </w:rPr>
              <w:t>FAGLIGT FOKUS / HOVEDBUDSKAB</w:t>
            </w:r>
          </w:p>
          <w:p w14:paraId="19DAF187" w14:textId="77777777" w:rsidR="00436CB6" w:rsidRPr="002A6970" w:rsidRDefault="00392156">
            <w:pPr>
              <w:spacing w:after="0"/>
              <w:rPr>
                <w:lang w:val="da-DK"/>
              </w:rPr>
            </w:pPr>
            <w:r w:rsidRPr="002A6970">
              <w:rPr>
                <w:lang w:val="da-DK"/>
              </w:rPr>
              <w:t>Hvad er den vigtigste viden eller pointe, publikum skal have med sig?</w:t>
            </w:r>
            <w:r w:rsidRPr="002A6970">
              <w:rPr>
                <w:lang w:val="da-DK"/>
              </w:rPr>
              <w:br/>
            </w:r>
            <w:r w:rsidRPr="002A6970">
              <w:rPr>
                <w:lang w:val="da-DK"/>
              </w:rPr>
              <w:br/>
              <w:t>[indsæt]</w:t>
            </w:r>
          </w:p>
          <w:p w14:paraId="598430C1" w14:textId="77777777" w:rsidR="001A3FA8" w:rsidRPr="002A6970" w:rsidRDefault="001A3FA8" w:rsidP="001A3FA8">
            <w:pPr>
              <w:spacing w:after="80"/>
              <w:rPr>
                <w:b/>
                <w:bCs/>
                <w:color w:val="2D3D79"/>
                <w:sz w:val="20"/>
                <w:szCs w:val="20"/>
                <w:lang w:val="da-DK"/>
              </w:rPr>
            </w:pPr>
          </w:p>
          <w:p w14:paraId="7F708EEC" w14:textId="3D329B7F" w:rsidR="001A3FA8" w:rsidRPr="002A6970" w:rsidRDefault="001A3FA8" w:rsidP="001A3FA8">
            <w:pPr>
              <w:spacing w:after="80"/>
              <w:rPr>
                <w:lang w:val="da-DK"/>
              </w:rPr>
            </w:pPr>
            <w:r w:rsidRPr="002A6970">
              <w:rPr>
                <w:b/>
                <w:bCs/>
                <w:color w:val="2D3D79"/>
                <w:sz w:val="20"/>
                <w:szCs w:val="20"/>
                <w:lang w:val="da-DK"/>
              </w:rPr>
              <w:t>AFGRÆNSNING</w:t>
            </w:r>
          </w:p>
          <w:p w14:paraId="2790E46D" w14:textId="1C27ED7F" w:rsidR="001A3FA8" w:rsidRPr="002A6970" w:rsidRDefault="001A3FA8" w:rsidP="001A3FA8">
            <w:pPr>
              <w:spacing w:after="0"/>
              <w:rPr>
                <w:lang w:val="da-DK"/>
              </w:rPr>
            </w:pPr>
            <w:r w:rsidRPr="002A6970">
              <w:rPr>
                <w:lang w:val="da-DK"/>
              </w:rPr>
              <w:t>Jeres emne kan muligvis trækkes i mange retninger. For at holde tidsplanen og sikre at debatten ikke trækkes i en irrelevant retning – så skriv ganske kort, hvad debatten ikke handler om.</w:t>
            </w:r>
          </w:p>
        </w:tc>
      </w:tr>
      <w:tr w:rsidR="00436CB6" w:rsidRPr="002A6970" w14:paraId="5587EDDA" w14:textId="77777777">
        <w:trPr>
          <w:jc w:val="center"/>
        </w:trPr>
        <w:tc>
          <w:tcPr>
            <w:tcW w:w="7710" w:type="dxa"/>
            <w:shd w:val="clear" w:color="auto" w:fill="FFFFFF"/>
            <w:tcMar>
              <w:top w:w="120" w:type="dxa"/>
              <w:left w:w="140" w:type="dxa"/>
              <w:bottom w:w="120" w:type="dxa"/>
              <w:right w:w="140" w:type="dxa"/>
            </w:tcMar>
          </w:tcPr>
          <w:p w14:paraId="01F21784" w14:textId="77777777" w:rsidR="0073282F" w:rsidRPr="002A6970" w:rsidRDefault="0073282F" w:rsidP="0073282F">
            <w:pPr>
              <w:spacing w:after="0"/>
              <w:rPr>
                <w:lang w:val="da-DK"/>
              </w:rPr>
            </w:pPr>
            <w:r w:rsidRPr="002A6970">
              <w:rPr>
                <w:b/>
                <w:color w:val="2D3D79"/>
                <w:sz w:val="20"/>
                <w:lang w:val="da-DK"/>
              </w:rPr>
              <w:t>PUBLIKUMSINDDRAGELSE</w:t>
            </w:r>
            <w:r w:rsidRPr="002A6970">
              <w:rPr>
                <w:lang w:val="da-DK"/>
              </w:rPr>
              <w:t xml:space="preserve"> </w:t>
            </w:r>
          </w:p>
          <w:p w14:paraId="11440753" w14:textId="4A923466" w:rsidR="00436CB6" w:rsidRPr="002A6970" w:rsidRDefault="00392156">
            <w:pPr>
              <w:spacing w:after="0"/>
              <w:rPr>
                <w:lang w:val="da-DK"/>
              </w:rPr>
            </w:pPr>
            <w:r w:rsidRPr="002A6970">
              <w:rPr>
                <w:lang w:val="da-DK"/>
              </w:rPr>
              <w:t>Hvordan skal publikum aktiveres undervejs? Fx refleksionsspørgsmål, input fra publikum eller spørgsmål til eksperten.</w:t>
            </w:r>
            <w:r w:rsidR="00FA4825" w:rsidRPr="002A6970">
              <w:rPr>
                <w:lang w:val="da-DK"/>
              </w:rPr>
              <w:t xml:space="preserve"> (Link til inspirationskatalog)</w:t>
            </w:r>
            <w:r w:rsidRPr="002A6970">
              <w:rPr>
                <w:lang w:val="da-DK"/>
              </w:rPr>
              <w:br/>
            </w:r>
            <w:r w:rsidRPr="002A6970">
              <w:rPr>
                <w:lang w:val="da-DK"/>
              </w:rPr>
              <w:br/>
              <w:t>[indsæt greb]</w:t>
            </w:r>
          </w:p>
        </w:tc>
        <w:tc>
          <w:tcPr>
            <w:tcW w:w="7710" w:type="dxa"/>
            <w:shd w:val="clear" w:color="auto" w:fill="FFFFFF"/>
            <w:tcMar>
              <w:top w:w="120" w:type="dxa"/>
              <w:left w:w="140" w:type="dxa"/>
              <w:bottom w:w="120" w:type="dxa"/>
              <w:right w:w="140" w:type="dxa"/>
            </w:tcMar>
          </w:tcPr>
          <w:p w14:paraId="79D9C388" w14:textId="77777777" w:rsidR="00436CB6" w:rsidRPr="002A6970" w:rsidRDefault="00392156">
            <w:pPr>
              <w:spacing w:after="80"/>
              <w:rPr>
                <w:lang w:val="da-DK"/>
              </w:rPr>
            </w:pPr>
            <w:r w:rsidRPr="002A6970">
              <w:rPr>
                <w:b/>
                <w:color w:val="2D3D79"/>
                <w:sz w:val="20"/>
                <w:lang w:val="da-DK"/>
              </w:rPr>
              <w:t>DET SKAL PUBLIKUM TAGE MED</w:t>
            </w:r>
          </w:p>
          <w:p w14:paraId="322F2414" w14:textId="77777777" w:rsidR="00436CB6" w:rsidRPr="002A6970" w:rsidRDefault="00392156">
            <w:pPr>
              <w:spacing w:after="0"/>
              <w:rPr>
                <w:lang w:val="da-DK"/>
              </w:rPr>
            </w:pPr>
            <w:r w:rsidRPr="002A6970">
              <w:rPr>
                <w:lang w:val="da-DK"/>
              </w:rPr>
              <w:t>Hvilken ny forståelse, undren eller viden skal publikum kunne tage med videre til andre samtaler på Naturmødet?</w:t>
            </w:r>
            <w:r w:rsidRPr="002A6970">
              <w:rPr>
                <w:lang w:val="da-DK"/>
              </w:rPr>
              <w:br/>
            </w:r>
            <w:r w:rsidRPr="002A6970">
              <w:rPr>
                <w:lang w:val="da-DK"/>
              </w:rPr>
              <w:br/>
              <w:t>[indsæt]</w:t>
            </w:r>
          </w:p>
        </w:tc>
      </w:tr>
    </w:tbl>
    <w:p w14:paraId="5ABCB530" w14:textId="77777777" w:rsidR="00436CB6" w:rsidRPr="002A6970" w:rsidRDefault="00392156">
      <w:pPr>
        <w:pStyle w:val="Overskrift2"/>
        <w:rPr>
          <w:lang w:val="da-DK"/>
        </w:rPr>
      </w:pPr>
      <w:r w:rsidRPr="002A6970">
        <w:rPr>
          <w:lang w:val="da-DK"/>
        </w:rPr>
        <w:t>Deltagere og roller</w:t>
      </w:r>
    </w:p>
    <w:tbl>
      <w:tblPr>
        <w:tblStyle w:val="Tabel-Gitter"/>
        <w:tblW w:w="0" w:type="auto"/>
        <w:jc w:val="center"/>
        <w:tblLook w:val="04A0" w:firstRow="1" w:lastRow="0" w:firstColumn="1" w:lastColumn="0" w:noHBand="0" w:noVBand="1"/>
      </w:tblPr>
      <w:tblGrid>
        <w:gridCol w:w="3852"/>
        <w:gridCol w:w="3853"/>
        <w:gridCol w:w="3852"/>
        <w:gridCol w:w="3853"/>
      </w:tblGrid>
      <w:tr w:rsidR="00436CB6" w:rsidRPr="002A6970" w14:paraId="7895A16C" w14:textId="77777777" w:rsidTr="004C3F97">
        <w:trPr>
          <w:jc w:val="center"/>
        </w:trPr>
        <w:tc>
          <w:tcPr>
            <w:tcW w:w="3852" w:type="dxa"/>
            <w:shd w:val="clear" w:color="auto" w:fill="43B39F"/>
            <w:tcMar>
              <w:top w:w="80" w:type="dxa"/>
              <w:left w:w="80" w:type="dxa"/>
              <w:bottom w:w="80" w:type="dxa"/>
              <w:right w:w="80" w:type="dxa"/>
            </w:tcMar>
          </w:tcPr>
          <w:p w14:paraId="147FC8FC" w14:textId="77777777" w:rsidR="00436CB6" w:rsidRPr="002A6970" w:rsidRDefault="00392156">
            <w:pPr>
              <w:rPr>
                <w:lang w:val="da-DK"/>
              </w:rPr>
            </w:pPr>
            <w:r w:rsidRPr="002A6970">
              <w:rPr>
                <w:b/>
                <w:color w:val="FFFFFF"/>
                <w:sz w:val="16"/>
                <w:lang w:val="da-DK"/>
              </w:rPr>
              <w:t>Navn</w:t>
            </w:r>
          </w:p>
        </w:tc>
        <w:tc>
          <w:tcPr>
            <w:tcW w:w="3853" w:type="dxa"/>
            <w:shd w:val="clear" w:color="auto" w:fill="43B39F"/>
            <w:tcMar>
              <w:top w:w="80" w:type="dxa"/>
              <w:left w:w="80" w:type="dxa"/>
              <w:bottom w:w="80" w:type="dxa"/>
              <w:right w:w="80" w:type="dxa"/>
            </w:tcMar>
          </w:tcPr>
          <w:p w14:paraId="054E1729" w14:textId="77777777" w:rsidR="00436CB6" w:rsidRPr="002A6970" w:rsidRDefault="00392156">
            <w:pPr>
              <w:rPr>
                <w:lang w:val="da-DK"/>
              </w:rPr>
            </w:pPr>
            <w:r w:rsidRPr="002A6970">
              <w:rPr>
                <w:b/>
                <w:color w:val="FFFFFF"/>
                <w:sz w:val="16"/>
                <w:lang w:val="da-DK"/>
              </w:rPr>
              <w:t>Rolle / organisation</w:t>
            </w:r>
          </w:p>
        </w:tc>
        <w:tc>
          <w:tcPr>
            <w:tcW w:w="3852" w:type="dxa"/>
            <w:shd w:val="clear" w:color="auto" w:fill="43B39F"/>
            <w:tcMar>
              <w:top w:w="80" w:type="dxa"/>
              <w:left w:w="80" w:type="dxa"/>
              <w:bottom w:w="80" w:type="dxa"/>
              <w:right w:w="80" w:type="dxa"/>
            </w:tcMar>
          </w:tcPr>
          <w:p w14:paraId="1FDB286F" w14:textId="77777777" w:rsidR="00436CB6" w:rsidRPr="002A6970" w:rsidRDefault="00392156">
            <w:pPr>
              <w:rPr>
                <w:lang w:val="da-DK"/>
              </w:rPr>
            </w:pPr>
            <w:r w:rsidRPr="002A6970">
              <w:rPr>
                <w:b/>
                <w:color w:val="FFFFFF"/>
                <w:sz w:val="16"/>
                <w:lang w:val="da-DK"/>
              </w:rPr>
              <w:t>Bidrag</w:t>
            </w:r>
          </w:p>
        </w:tc>
        <w:tc>
          <w:tcPr>
            <w:tcW w:w="3853" w:type="dxa"/>
            <w:shd w:val="clear" w:color="auto" w:fill="43B39F"/>
            <w:tcMar>
              <w:top w:w="80" w:type="dxa"/>
              <w:left w:w="80" w:type="dxa"/>
              <w:bottom w:w="80" w:type="dxa"/>
              <w:right w:w="80" w:type="dxa"/>
            </w:tcMar>
          </w:tcPr>
          <w:p w14:paraId="35AAE811" w14:textId="77777777" w:rsidR="00436CB6" w:rsidRPr="002A6970" w:rsidRDefault="00392156">
            <w:pPr>
              <w:rPr>
                <w:lang w:val="da-DK"/>
              </w:rPr>
            </w:pPr>
            <w:r w:rsidRPr="002A6970">
              <w:rPr>
                <w:b/>
                <w:color w:val="FFFFFF"/>
                <w:sz w:val="16"/>
                <w:lang w:val="da-DK"/>
              </w:rPr>
              <w:t>Praktisk / særligt hensyn</w:t>
            </w:r>
          </w:p>
        </w:tc>
      </w:tr>
      <w:tr w:rsidR="00436CB6" w:rsidRPr="002A6970" w14:paraId="39EDB6D5" w14:textId="77777777" w:rsidTr="004C3F97">
        <w:trPr>
          <w:jc w:val="center"/>
        </w:trPr>
        <w:tc>
          <w:tcPr>
            <w:tcW w:w="3852" w:type="dxa"/>
            <w:tcMar>
              <w:top w:w="80" w:type="dxa"/>
              <w:left w:w="80" w:type="dxa"/>
              <w:bottom w:w="80" w:type="dxa"/>
              <w:right w:w="80" w:type="dxa"/>
            </w:tcMar>
          </w:tcPr>
          <w:p w14:paraId="1F5EB6DB" w14:textId="77777777" w:rsidR="00436CB6" w:rsidRPr="002A6970" w:rsidRDefault="00392156">
            <w:pPr>
              <w:rPr>
                <w:lang w:val="da-DK"/>
              </w:rPr>
            </w:pPr>
            <w:r w:rsidRPr="002A6970">
              <w:rPr>
                <w:color w:val="6B7280"/>
                <w:sz w:val="16"/>
                <w:lang w:val="da-DK"/>
              </w:rPr>
              <w:t>[navn]</w:t>
            </w:r>
          </w:p>
        </w:tc>
        <w:tc>
          <w:tcPr>
            <w:tcW w:w="3853" w:type="dxa"/>
            <w:tcMar>
              <w:top w:w="80" w:type="dxa"/>
              <w:left w:w="80" w:type="dxa"/>
              <w:bottom w:w="80" w:type="dxa"/>
              <w:right w:w="80" w:type="dxa"/>
            </w:tcMar>
          </w:tcPr>
          <w:p w14:paraId="0F99A489" w14:textId="77777777" w:rsidR="00436CB6" w:rsidRPr="002A6970" w:rsidRDefault="00392156">
            <w:pPr>
              <w:rPr>
                <w:lang w:val="da-DK"/>
              </w:rPr>
            </w:pPr>
            <w:r w:rsidRPr="002A6970">
              <w:rPr>
                <w:color w:val="6B7280"/>
                <w:sz w:val="16"/>
                <w:lang w:val="da-DK"/>
              </w:rPr>
              <w:t>[rolle / organisation]</w:t>
            </w:r>
          </w:p>
        </w:tc>
        <w:tc>
          <w:tcPr>
            <w:tcW w:w="3852" w:type="dxa"/>
            <w:tcMar>
              <w:top w:w="80" w:type="dxa"/>
              <w:left w:w="80" w:type="dxa"/>
              <w:bottom w:w="80" w:type="dxa"/>
              <w:right w:w="80" w:type="dxa"/>
            </w:tcMar>
          </w:tcPr>
          <w:p w14:paraId="1449DF5C" w14:textId="77777777" w:rsidR="00436CB6" w:rsidRPr="002A6970" w:rsidRDefault="00392156">
            <w:pPr>
              <w:rPr>
                <w:lang w:val="da-DK"/>
              </w:rPr>
            </w:pPr>
            <w:r w:rsidRPr="002A6970">
              <w:rPr>
                <w:color w:val="6B7280"/>
                <w:sz w:val="16"/>
                <w:lang w:val="da-DK"/>
              </w:rPr>
              <w:t>[hvad bidrager personen med?]</w:t>
            </w:r>
          </w:p>
        </w:tc>
        <w:tc>
          <w:tcPr>
            <w:tcW w:w="3853" w:type="dxa"/>
            <w:tcMar>
              <w:top w:w="80" w:type="dxa"/>
              <w:left w:w="80" w:type="dxa"/>
              <w:bottom w:w="80" w:type="dxa"/>
              <w:right w:w="80" w:type="dxa"/>
            </w:tcMar>
          </w:tcPr>
          <w:p w14:paraId="710A79C0" w14:textId="77777777" w:rsidR="00436CB6" w:rsidRPr="002A6970" w:rsidRDefault="00392156">
            <w:pPr>
              <w:rPr>
                <w:lang w:val="da-DK"/>
              </w:rPr>
            </w:pPr>
            <w:r w:rsidRPr="002A6970">
              <w:rPr>
                <w:color w:val="6B7280"/>
                <w:sz w:val="16"/>
                <w:lang w:val="da-DK"/>
              </w:rPr>
              <w:t>[mikrofon, slides, andet]</w:t>
            </w:r>
          </w:p>
        </w:tc>
      </w:tr>
      <w:tr w:rsidR="00436CB6" w:rsidRPr="002A6970" w14:paraId="6829ACD2" w14:textId="77777777" w:rsidTr="004C3F97">
        <w:trPr>
          <w:jc w:val="center"/>
        </w:trPr>
        <w:tc>
          <w:tcPr>
            <w:tcW w:w="3852" w:type="dxa"/>
            <w:tcMar>
              <w:top w:w="80" w:type="dxa"/>
              <w:left w:w="80" w:type="dxa"/>
              <w:bottom w:w="80" w:type="dxa"/>
              <w:right w:w="80" w:type="dxa"/>
            </w:tcMar>
          </w:tcPr>
          <w:p w14:paraId="6F8BDB6C" w14:textId="77777777" w:rsidR="00436CB6" w:rsidRPr="002A6970" w:rsidRDefault="00392156">
            <w:pPr>
              <w:rPr>
                <w:lang w:val="da-DK"/>
              </w:rPr>
            </w:pPr>
            <w:r w:rsidRPr="002A6970">
              <w:rPr>
                <w:color w:val="6B7280"/>
                <w:sz w:val="16"/>
                <w:lang w:val="da-DK"/>
              </w:rPr>
              <w:t>[navn]</w:t>
            </w:r>
          </w:p>
        </w:tc>
        <w:tc>
          <w:tcPr>
            <w:tcW w:w="3853" w:type="dxa"/>
            <w:tcMar>
              <w:top w:w="80" w:type="dxa"/>
              <w:left w:w="80" w:type="dxa"/>
              <w:bottom w:w="80" w:type="dxa"/>
              <w:right w:w="80" w:type="dxa"/>
            </w:tcMar>
          </w:tcPr>
          <w:p w14:paraId="636DBA77" w14:textId="77777777" w:rsidR="00436CB6" w:rsidRPr="002A6970" w:rsidRDefault="00392156">
            <w:pPr>
              <w:rPr>
                <w:lang w:val="da-DK"/>
              </w:rPr>
            </w:pPr>
            <w:r w:rsidRPr="002A6970">
              <w:rPr>
                <w:color w:val="6B7280"/>
                <w:sz w:val="16"/>
                <w:lang w:val="da-DK"/>
              </w:rPr>
              <w:t>[rolle / organisation]</w:t>
            </w:r>
          </w:p>
        </w:tc>
        <w:tc>
          <w:tcPr>
            <w:tcW w:w="3852" w:type="dxa"/>
            <w:tcMar>
              <w:top w:w="80" w:type="dxa"/>
              <w:left w:w="80" w:type="dxa"/>
              <w:bottom w:w="80" w:type="dxa"/>
              <w:right w:w="80" w:type="dxa"/>
            </w:tcMar>
          </w:tcPr>
          <w:p w14:paraId="0397475E" w14:textId="77777777" w:rsidR="00436CB6" w:rsidRPr="002A6970" w:rsidRDefault="00392156">
            <w:pPr>
              <w:rPr>
                <w:lang w:val="da-DK"/>
              </w:rPr>
            </w:pPr>
            <w:r w:rsidRPr="002A6970">
              <w:rPr>
                <w:color w:val="6B7280"/>
                <w:sz w:val="16"/>
                <w:lang w:val="da-DK"/>
              </w:rPr>
              <w:t>[hvad bidrager personen med?]</w:t>
            </w:r>
          </w:p>
        </w:tc>
        <w:tc>
          <w:tcPr>
            <w:tcW w:w="3853" w:type="dxa"/>
            <w:tcMar>
              <w:top w:w="80" w:type="dxa"/>
              <w:left w:w="80" w:type="dxa"/>
              <w:bottom w:w="80" w:type="dxa"/>
              <w:right w:w="80" w:type="dxa"/>
            </w:tcMar>
          </w:tcPr>
          <w:p w14:paraId="5D999659" w14:textId="77777777" w:rsidR="00436CB6" w:rsidRPr="002A6970" w:rsidRDefault="00392156">
            <w:pPr>
              <w:rPr>
                <w:lang w:val="da-DK"/>
              </w:rPr>
            </w:pPr>
            <w:r w:rsidRPr="002A6970">
              <w:rPr>
                <w:color w:val="6B7280"/>
                <w:sz w:val="16"/>
                <w:lang w:val="da-DK"/>
              </w:rPr>
              <w:t>[mikrofon, slides, andet]</w:t>
            </w:r>
          </w:p>
        </w:tc>
      </w:tr>
      <w:tr w:rsidR="00436CB6" w:rsidRPr="002A6970" w14:paraId="5E978F2A" w14:textId="77777777" w:rsidTr="004C3F97">
        <w:trPr>
          <w:jc w:val="center"/>
        </w:trPr>
        <w:tc>
          <w:tcPr>
            <w:tcW w:w="3852" w:type="dxa"/>
            <w:tcMar>
              <w:top w:w="80" w:type="dxa"/>
              <w:left w:w="80" w:type="dxa"/>
              <w:bottom w:w="80" w:type="dxa"/>
              <w:right w:w="80" w:type="dxa"/>
            </w:tcMar>
          </w:tcPr>
          <w:p w14:paraId="21D7E1FC" w14:textId="77777777" w:rsidR="00436CB6" w:rsidRPr="002A6970" w:rsidRDefault="00392156">
            <w:pPr>
              <w:rPr>
                <w:lang w:val="da-DK"/>
              </w:rPr>
            </w:pPr>
            <w:r w:rsidRPr="002A6970">
              <w:rPr>
                <w:color w:val="6B7280"/>
                <w:sz w:val="16"/>
                <w:lang w:val="da-DK"/>
              </w:rPr>
              <w:t>[navn]</w:t>
            </w:r>
          </w:p>
        </w:tc>
        <w:tc>
          <w:tcPr>
            <w:tcW w:w="3853" w:type="dxa"/>
            <w:tcMar>
              <w:top w:w="80" w:type="dxa"/>
              <w:left w:w="80" w:type="dxa"/>
              <w:bottom w:w="80" w:type="dxa"/>
              <w:right w:w="80" w:type="dxa"/>
            </w:tcMar>
          </w:tcPr>
          <w:p w14:paraId="72055763" w14:textId="77777777" w:rsidR="00436CB6" w:rsidRPr="002A6970" w:rsidRDefault="00392156">
            <w:pPr>
              <w:rPr>
                <w:lang w:val="da-DK"/>
              </w:rPr>
            </w:pPr>
            <w:r w:rsidRPr="002A6970">
              <w:rPr>
                <w:color w:val="6B7280"/>
                <w:sz w:val="16"/>
                <w:lang w:val="da-DK"/>
              </w:rPr>
              <w:t>[rolle / organisation]</w:t>
            </w:r>
          </w:p>
        </w:tc>
        <w:tc>
          <w:tcPr>
            <w:tcW w:w="3852" w:type="dxa"/>
            <w:tcMar>
              <w:top w:w="80" w:type="dxa"/>
              <w:left w:w="80" w:type="dxa"/>
              <w:bottom w:w="80" w:type="dxa"/>
              <w:right w:w="80" w:type="dxa"/>
            </w:tcMar>
          </w:tcPr>
          <w:p w14:paraId="51F65ECF" w14:textId="77777777" w:rsidR="00436CB6" w:rsidRPr="002A6970" w:rsidRDefault="00392156">
            <w:pPr>
              <w:rPr>
                <w:lang w:val="da-DK"/>
              </w:rPr>
            </w:pPr>
            <w:r w:rsidRPr="002A6970">
              <w:rPr>
                <w:color w:val="6B7280"/>
                <w:sz w:val="16"/>
                <w:lang w:val="da-DK"/>
              </w:rPr>
              <w:t>[hvad bidrager personen med?]</w:t>
            </w:r>
          </w:p>
        </w:tc>
        <w:tc>
          <w:tcPr>
            <w:tcW w:w="3853" w:type="dxa"/>
            <w:tcMar>
              <w:top w:w="80" w:type="dxa"/>
              <w:left w:w="80" w:type="dxa"/>
              <w:bottom w:w="80" w:type="dxa"/>
              <w:right w:w="80" w:type="dxa"/>
            </w:tcMar>
          </w:tcPr>
          <w:p w14:paraId="73A01020" w14:textId="77777777" w:rsidR="00436CB6" w:rsidRPr="002A6970" w:rsidRDefault="00392156">
            <w:pPr>
              <w:rPr>
                <w:lang w:val="da-DK"/>
              </w:rPr>
            </w:pPr>
            <w:r w:rsidRPr="002A6970">
              <w:rPr>
                <w:color w:val="6B7280"/>
                <w:sz w:val="16"/>
                <w:lang w:val="da-DK"/>
              </w:rPr>
              <w:t>[mikrofon, slides, andet]</w:t>
            </w:r>
          </w:p>
        </w:tc>
      </w:tr>
      <w:tr w:rsidR="004C3F97" w:rsidRPr="002A6970" w14:paraId="72874109" w14:textId="77777777" w:rsidTr="004C3F97">
        <w:trPr>
          <w:jc w:val="center"/>
        </w:trPr>
        <w:tc>
          <w:tcPr>
            <w:tcW w:w="3852" w:type="dxa"/>
            <w:tcMar>
              <w:top w:w="80" w:type="dxa"/>
              <w:left w:w="80" w:type="dxa"/>
              <w:bottom w:w="80" w:type="dxa"/>
              <w:right w:w="80" w:type="dxa"/>
            </w:tcMar>
          </w:tcPr>
          <w:p w14:paraId="7D081B67" w14:textId="77777777" w:rsidR="004C3F97" w:rsidRPr="002A6970" w:rsidRDefault="004C3F97">
            <w:pPr>
              <w:rPr>
                <w:color w:val="6B7280"/>
                <w:sz w:val="16"/>
                <w:lang w:val="da-DK"/>
              </w:rPr>
            </w:pPr>
          </w:p>
        </w:tc>
        <w:tc>
          <w:tcPr>
            <w:tcW w:w="3853" w:type="dxa"/>
            <w:tcMar>
              <w:top w:w="80" w:type="dxa"/>
              <w:left w:w="80" w:type="dxa"/>
              <w:bottom w:w="80" w:type="dxa"/>
              <w:right w:w="80" w:type="dxa"/>
            </w:tcMar>
          </w:tcPr>
          <w:p w14:paraId="3B102884" w14:textId="77777777" w:rsidR="004C3F97" w:rsidRPr="002A6970" w:rsidRDefault="004C3F97">
            <w:pPr>
              <w:rPr>
                <w:color w:val="6B7280"/>
                <w:sz w:val="16"/>
                <w:lang w:val="da-DK"/>
              </w:rPr>
            </w:pPr>
          </w:p>
        </w:tc>
        <w:tc>
          <w:tcPr>
            <w:tcW w:w="3852" w:type="dxa"/>
            <w:tcMar>
              <w:top w:w="80" w:type="dxa"/>
              <w:left w:w="80" w:type="dxa"/>
              <w:bottom w:w="80" w:type="dxa"/>
              <w:right w:w="80" w:type="dxa"/>
            </w:tcMar>
          </w:tcPr>
          <w:p w14:paraId="75EF3195" w14:textId="77777777" w:rsidR="004C3F97" w:rsidRPr="002A6970" w:rsidRDefault="004C3F97">
            <w:pPr>
              <w:rPr>
                <w:color w:val="6B7280"/>
                <w:sz w:val="16"/>
                <w:lang w:val="da-DK"/>
              </w:rPr>
            </w:pPr>
          </w:p>
        </w:tc>
        <w:tc>
          <w:tcPr>
            <w:tcW w:w="3853" w:type="dxa"/>
            <w:tcMar>
              <w:top w:w="80" w:type="dxa"/>
              <w:left w:w="80" w:type="dxa"/>
              <w:bottom w:w="80" w:type="dxa"/>
              <w:right w:w="80" w:type="dxa"/>
            </w:tcMar>
          </w:tcPr>
          <w:p w14:paraId="744E14F7" w14:textId="77777777" w:rsidR="004C3F97" w:rsidRPr="002A6970" w:rsidRDefault="004C3F97">
            <w:pPr>
              <w:rPr>
                <w:color w:val="6B7280"/>
                <w:sz w:val="16"/>
                <w:lang w:val="da-DK"/>
              </w:rPr>
            </w:pPr>
          </w:p>
        </w:tc>
      </w:tr>
    </w:tbl>
    <w:p w14:paraId="747B63FA" w14:textId="77777777" w:rsidR="00436CB6" w:rsidRPr="002A6970" w:rsidRDefault="00392156">
      <w:pPr>
        <w:rPr>
          <w:lang w:val="da-DK"/>
        </w:rPr>
      </w:pPr>
      <w:r w:rsidRPr="002A6970">
        <w:rPr>
          <w:lang w:val="da-DK"/>
        </w:rPr>
        <w:br w:type="page"/>
      </w:r>
    </w:p>
    <w:p w14:paraId="3CB77225" w14:textId="12D0B92A" w:rsidR="00436CB6" w:rsidRPr="002A6970" w:rsidRDefault="00392156">
      <w:pPr>
        <w:pStyle w:val="Overskrift1"/>
        <w:rPr>
          <w:lang w:val="da-DK"/>
        </w:rPr>
      </w:pPr>
      <w:r w:rsidRPr="002A6970">
        <w:rPr>
          <w:lang w:val="da-DK"/>
        </w:rPr>
        <w:lastRenderedPageBreak/>
        <w:t xml:space="preserve">Roll-out: </w:t>
      </w:r>
    </w:p>
    <w:p w14:paraId="64A2C6E3" w14:textId="77777777" w:rsidR="00436CB6" w:rsidRPr="002A6970" w:rsidRDefault="00392156">
      <w:pPr>
        <w:spacing w:after="120"/>
        <w:rPr>
          <w:lang w:val="da-DK"/>
        </w:rPr>
      </w:pPr>
      <w:r w:rsidRPr="002A6970">
        <w:rPr>
          <w:lang w:val="da-DK"/>
        </w:rPr>
        <w:t>Drejebogen er et fælles arbejdsredskab for programarrangør, oplægsholder, moderator og sceneteam. Beskriv kun de vigtigste faglige dele, publikums aktivering og nødvendige tekniske cues.</w:t>
      </w:r>
    </w:p>
    <w:tbl>
      <w:tblPr>
        <w:tblStyle w:val="Tabel-Gitter"/>
        <w:tblW w:w="0" w:type="auto"/>
        <w:jc w:val="center"/>
        <w:tblLook w:val="04A0" w:firstRow="1" w:lastRow="0" w:firstColumn="1" w:lastColumn="0" w:noHBand="0" w:noVBand="1"/>
      </w:tblPr>
      <w:tblGrid>
        <w:gridCol w:w="1811"/>
        <w:gridCol w:w="1872"/>
        <w:gridCol w:w="1884"/>
        <w:gridCol w:w="3768"/>
        <w:gridCol w:w="2192"/>
        <w:gridCol w:w="1890"/>
        <w:gridCol w:w="1993"/>
      </w:tblGrid>
      <w:tr w:rsidR="00436CB6" w:rsidRPr="002A6970" w14:paraId="36B7575A" w14:textId="77777777" w:rsidTr="00C57CD8">
        <w:trPr>
          <w:tblHeader/>
          <w:jc w:val="center"/>
        </w:trPr>
        <w:tc>
          <w:tcPr>
            <w:tcW w:w="1811" w:type="dxa"/>
            <w:shd w:val="clear" w:color="auto" w:fill="2D3D79"/>
            <w:tcMar>
              <w:top w:w="80" w:type="dxa"/>
              <w:left w:w="80" w:type="dxa"/>
              <w:bottom w:w="80" w:type="dxa"/>
              <w:right w:w="80" w:type="dxa"/>
            </w:tcMar>
          </w:tcPr>
          <w:p w14:paraId="53B4DD50" w14:textId="77777777" w:rsidR="00436CB6" w:rsidRPr="002A6970" w:rsidRDefault="00392156">
            <w:pPr>
              <w:rPr>
                <w:lang w:val="da-DK"/>
              </w:rPr>
            </w:pPr>
            <w:r w:rsidRPr="002A6970">
              <w:rPr>
                <w:b/>
                <w:color w:val="FFFFFF"/>
                <w:sz w:val="15"/>
                <w:lang w:val="da-DK"/>
              </w:rPr>
              <w:t>Tid</w:t>
            </w:r>
          </w:p>
        </w:tc>
        <w:tc>
          <w:tcPr>
            <w:tcW w:w="1872" w:type="dxa"/>
            <w:shd w:val="clear" w:color="auto" w:fill="2D3D79"/>
            <w:tcMar>
              <w:top w:w="80" w:type="dxa"/>
              <w:left w:w="80" w:type="dxa"/>
              <w:bottom w:w="80" w:type="dxa"/>
              <w:right w:w="80" w:type="dxa"/>
            </w:tcMar>
          </w:tcPr>
          <w:p w14:paraId="5C9B20A6" w14:textId="77777777" w:rsidR="00436CB6" w:rsidRPr="002A6970" w:rsidRDefault="00392156">
            <w:pPr>
              <w:rPr>
                <w:lang w:val="da-DK"/>
              </w:rPr>
            </w:pPr>
            <w:r w:rsidRPr="002A6970">
              <w:rPr>
                <w:b/>
                <w:color w:val="FFFFFF"/>
                <w:sz w:val="15"/>
                <w:lang w:val="da-DK"/>
              </w:rPr>
              <w:t>Varighed</w:t>
            </w:r>
          </w:p>
        </w:tc>
        <w:tc>
          <w:tcPr>
            <w:tcW w:w="1884" w:type="dxa"/>
            <w:shd w:val="clear" w:color="auto" w:fill="2D3D79"/>
            <w:tcMar>
              <w:top w:w="80" w:type="dxa"/>
              <w:left w:w="80" w:type="dxa"/>
              <w:bottom w:w="80" w:type="dxa"/>
              <w:right w:w="80" w:type="dxa"/>
            </w:tcMar>
          </w:tcPr>
          <w:p w14:paraId="4640714C" w14:textId="77777777" w:rsidR="00436CB6" w:rsidRPr="002A6970" w:rsidRDefault="00392156">
            <w:pPr>
              <w:rPr>
                <w:lang w:val="da-DK"/>
              </w:rPr>
            </w:pPr>
            <w:r w:rsidRPr="002A6970">
              <w:rPr>
                <w:b/>
                <w:color w:val="FFFFFF"/>
                <w:sz w:val="15"/>
                <w:lang w:val="da-DK"/>
              </w:rPr>
              <w:t>Formål</w:t>
            </w:r>
          </w:p>
        </w:tc>
        <w:tc>
          <w:tcPr>
            <w:tcW w:w="3768" w:type="dxa"/>
            <w:shd w:val="clear" w:color="auto" w:fill="2D3D79"/>
            <w:tcMar>
              <w:top w:w="80" w:type="dxa"/>
              <w:left w:w="80" w:type="dxa"/>
              <w:bottom w:w="80" w:type="dxa"/>
              <w:right w:w="80" w:type="dxa"/>
            </w:tcMar>
          </w:tcPr>
          <w:p w14:paraId="31474727" w14:textId="77777777" w:rsidR="00436CB6" w:rsidRPr="002A6970" w:rsidRDefault="00392156">
            <w:pPr>
              <w:rPr>
                <w:lang w:val="da-DK"/>
              </w:rPr>
            </w:pPr>
            <w:r w:rsidRPr="002A6970">
              <w:rPr>
                <w:b/>
                <w:color w:val="FFFFFF"/>
                <w:sz w:val="15"/>
                <w:lang w:val="da-DK"/>
              </w:rPr>
              <w:t>Hvad sker der?</w:t>
            </w:r>
          </w:p>
        </w:tc>
        <w:tc>
          <w:tcPr>
            <w:tcW w:w="2192" w:type="dxa"/>
            <w:shd w:val="clear" w:color="auto" w:fill="2D3D79"/>
            <w:tcMar>
              <w:top w:w="80" w:type="dxa"/>
              <w:left w:w="80" w:type="dxa"/>
              <w:bottom w:w="80" w:type="dxa"/>
              <w:right w:w="80" w:type="dxa"/>
            </w:tcMar>
          </w:tcPr>
          <w:p w14:paraId="16817524" w14:textId="77777777" w:rsidR="00436CB6" w:rsidRPr="002A6970" w:rsidRDefault="00392156">
            <w:pPr>
              <w:rPr>
                <w:lang w:val="da-DK"/>
              </w:rPr>
            </w:pPr>
            <w:r w:rsidRPr="002A6970">
              <w:rPr>
                <w:b/>
                <w:color w:val="FFFFFF"/>
                <w:sz w:val="15"/>
                <w:lang w:val="da-DK"/>
              </w:rPr>
              <w:t>Publikumsinddragelse</w:t>
            </w:r>
          </w:p>
        </w:tc>
        <w:tc>
          <w:tcPr>
            <w:tcW w:w="1890" w:type="dxa"/>
            <w:shd w:val="clear" w:color="auto" w:fill="2D3D79"/>
            <w:tcMar>
              <w:top w:w="80" w:type="dxa"/>
              <w:left w:w="80" w:type="dxa"/>
              <w:bottom w:w="80" w:type="dxa"/>
              <w:right w:w="80" w:type="dxa"/>
            </w:tcMar>
          </w:tcPr>
          <w:p w14:paraId="7F77B4F9" w14:textId="77777777" w:rsidR="00436CB6" w:rsidRPr="002A6970" w:rsidRDefault="00392156">
            <w:pPr>
              <w:rPr>
                <w:lang w:val="da-DK"/>
              </w:rPr>
            </w:pPr>
            <w:r w:rsidRPr="002A6970">
              <w:rPr>
                <w:b/>
                <w:color w:val="FFFFFF"/>
                <w:sz w:val="15"/>
                <w:lang w:val="da-DK"/>
              </w:rPr>
              <w:t>Teknik &amp; materialer</w:t>
            </w:r>
          </w:p>
        </w:tc>
        <w:tc>
          <w:tcPr>
            <w:tcW w:w="1993" w:type="dxa"/>
            <w:shd w:val="clear" w:color="auto" w:fill="2D3D79"/>
            <w:tcMar>
              <w:top w:w="80" w:type="dxa"/>
              <w:left w:w="80" w:type="dxa"/>
              <w:bottom w:w="80" w:type="dxa"/>
              <w:right w:w="80" w:type="dxa"/>
            </w:tcMar>
          </w:tcPr>
          <w:p w14:paraId="2E66BEED" w14:textId="77777777" w:rsidR="00436CB6" w:rsidRPr="002A6970" w:rsidRDefault="00392156">
            <w:pPr>
              <w:rPr>
                <w:lang w:val="da-DK"/>
              </w:rPr>
            </w:pPr>
            <w:r w:rsidRPr="002A6970">
              <w:rPr>
                <w:b/>
                <w:color w:val="FFFFFF"/>
                <w:sz w:val="15"/>
                <w:lang w:val="da-DK"/>
              </w:rPr>
              <w:t>Ansvar</w:t>
            </w:r>
          </w:p>
        </w:tc>
      </w:tr>
      <w:tr w:rsidR="00783513" w:rsidRPr="002A6970" w14:paraId="40ED78F9" w14:textId="77777777" w:rsidTr="00783513">
        <w:trPr>
          <w:tblHeader/>
          <w:jc w:val="center"/>
        </w:trPr>
        <w:tc>
          <w:tcPr>
            <w:tcW w:w="1811" w:type="dxa"/>
            <w:tcMar>
              <w:top w:w="80" w:type="dxa"/>
              <w:left w:w="80" w:type="dxa"/>
              <w:bottom w:w="80" w:type="dxa"/>
              <w:right w:w="80" w:type="dxa"/>
            </w:tcMar>
          </w:tcPr>
          <w:p w14:paraId="3B807E21" w14:textId="15D6F506" w:rsidR="00783513" w:rsidRPr="002A6970" w:rsidRDefault="00783513" w:rsidP="00783513">
            <w:pPr>
              <w:rPr>
                <w:b/>
                <w:color w:val="FFFFFF"/>
                <w:sz w:val="15"/>
                <w:lang w:val="da-DK"/>
              </w:rPr>
            </w:pPr>
            <w:r w:rsidRPr="00531554">
              <w:rPr>
                <w:color w:val="000000"/>
                <w:sz w:val="15"/>
                <w:lang w:val="da-DK"/>
              </w:rPr>
              <w:t>–60</w:t>
            </w:r>
          </w:p>
        </w:tc>
        <w:tc>
          <w:tcPr>
            <w:tcW w:w="1872" w:type="dxa"/>
            <w:tcMar>
              <w:top w:w="80" w:type="dxa"/>
              <w:left w:w="80" w:type="dxa"/>
              <w:bottom w:w="80" w:type="dxa"/>
              <w:right w:w="80" w:type="dxa"/>
            </w:tcMar>
          </w:tcPr>
          <w:p w14:paraId="4B738B88" w14:textId="7282B3AE" w:rsidR="00783513" w:rsidRPr="002A6970" w:rsidRDefault="00783513" w:rsidP="00783513">
            <w:pPr>
              <w:rPr>
                <w:b/>
                <w:color w:val="FFFFFF"/>
                <w:sz w:val="15"/>
                <w:lang w:val="da-DK"/>
              </w:rPr>
            </w:pPr>
            <w:r w:rsidRPr="00531554">
              <w:rPr>
                <w:color w:val="000000"/>
                <w:sz w:val="15"/>
                <w:lang w:val="da-DK"/>
              </w:rPr>
              <w:t>N/A.</w:t>
            </w:r>
          </w:p>
        </w:tc>
        <w:tc>
          <w:tcPr>
            <w:tcW w:w="1884" w:type="dxa"/>
            <w:tcMar>
              <w:top w:w="80" w:type="dxa"/>
              <w:left w:w="80" w:type="dxa"/>
              <w:bottom w:w="80" w:type="dxa"/>
              <w:right w:w="80" w:type="dxa"/>
            </w:tcMar>
          </w:tcPr>
          <w:p w14:paraId="2ABCCE8D" w14:textId="1B340583" w:rsidR="00783513" w:rsidRPr="002A6970" w:rsidRDefault="00783513" w:rsidP="00783513">
            <w:pPr>
              <w:rPr>
                <w:b/>
                <w:color w:val="FFFFFF"/>
                <w:sz w:val="15"/>
                <w:lang w:val="da-DK"/>
              </w:rPr>
            </w:pPr>
            <w:r w:rsidRPr="00531554">
              <w:rPr>
                <w:color w:val="000000"/>
                <w:sz w:val="15"/>
                <w:lang w:val="da-DK"/>
              </w:rPr>
              <w:t>Skærmindhold</w:t>
            </w:r>
          </w:p>
        </w:tc>
        <w:tc>
          <w:tcPr>
            <w:tcW w:w="3768" w:type="dxa"/>
            <w:tcMar>
              <w:top w:w="80" w:type="dxa"/>
              <w:left w:w="80" w:type="dxa"/>
              <w:bottom w:w="80" w:type="dxa"/>
              <w:right w:w="80" w:type="dxa"/>
            </w:tcMar>
          </w:tcPr>
          <w:p w14:paraId="284CD183" w14:textId="35C42A43" w:rsidR="00783513" w:rsidRPr="002A6970" w:rsidRDefault="00783513" w:rsidP="00783513">
            <w:pPr>
              <w:rPr>
                <w:b/>
                <w:color w:val="FFFFFF"/>
                <w:sz w:val="15"/>
                <w:lang w:val="da-DK"/>
              </w:rPr>
            </w:pPr>
            <w:r w:rsidRPr="00531554">
              <w:rPr>
                <w:color w:val="000000"/>
                <w:sz w:val="15"/>
                <w:lang w:val="da-DK"/>
              </w:rPr>
              <w:t xml:space="preserve">Aflever skærmindhold på USB senest under programpunktet </w:t>
            </w:r>
            <w:r w:rsidRPr="00963B52">
              <w:rPr>
                <w:b/>
                <w:bCs/>
                <w:i/>
                <w:iCs/>
                <w:color w:val="000000"/>
                <w:sz w:val="15"/>
                <w:lang w:val="da-DK"/>
              </w:rPr>
              <w:t>før</w:t>
            </w:r>
            <w:r w:rsidRPr="00531554">
              <w:rPr>
                <w:color w:val="000000"/>
                <w:sz w:val="15"/>
                <w:lang w:val="da-DK"/>
              </w:rPr>
              <w:t xml:space="preserve"> jeres eget. Sørg også for, at jeres skærmafvikler er klar inden start.</w:t>
            </w:r>
          </w:p>
        </w:tc>
        <w:tc>
          <w:tcPr>
            <w:tcW w:w="2192" w:type="dxa"/>
            <w:tcMar>
              <w:top w:w="80" w:type="dxa"/>
              <w:left w:w="80" w:type="dxa"/>
              <w:bottom w:w="80" w:type="dxa"/>
              <w:right w:w="80" w:type="dxa"/>
            </w:tcMar>
          </w:tcPr>
          <w:p w14:paraId="260E63B6" w14:textId="4196249B" w:rsidR="00783513" w:rsidRPr="002A6970" w:rsidRDefault="00783513" w:rsidP="00783513">
            <w:pPr>
              <w:rPr>
                <w:b/>
                <w:color w:val="FFFFFF"/>
                <w:sz w:val="15"/>
                <w:lang w:val="da-DK"/>
              </w:rPr>
            </w:pPr>
            <w:r w:rsidRPr="00531554">
              <w:rPr>
                <w:color w:val="000000"/>
                <w:sz w:val="15"/>
                <w:lang w:val="da-DK"/>
              </w:rPr>
              <w:t>—</w:t>
            </w:r>
          </w:p>
        </w:tc>
        <w:tc>
          <w:tcPr>
            <w:tcW w:w="1890" w:type="dxa"/>
            <w:tcMar>
              <w:top w:w="80" w:type="dxa"/>
              <w:left w:w="80" w:type="dxa"/>
              <w:bottom w:w="80" w:type="dxa"/>
              <w:right w:w="80" w:type="dxa"/>
            </w:tcMar>
          </w:tcPr>
          <w:p w14:paraId="1113FDC9" w14:textId="38072719" w:rsidR="00783513" w:rsidRPr="002A6970" w:rsidRDefault="00783513" w:rsidP="00783513">
            <w:pPr>
              <w:rPr>
                <w:b/>
                <w:color w:val="FFFFFF"/>
                <w:sz w:val="15"/>
                <w:lang w:val="da-DK"/>
              </w:rPr>
            </w:pPr>
            <w:r w:rsidRPr="00531554">
              <w:rPr>
                <w:color w:val="000000"/>
                <w:sz w:val="15"/>
                <w:lang w:val="da-DK"/>
              </w:rPr>
              <w:t>Skærmindhold på USB</w:t>
            </w:r>
          </w:p>
        </w:tc>
        <w:tc>
          <w:tcPr>
            <w:tcW w:w="1993" w:type="dxa"/>
            <w:tcMar>
              <w:top w:w="80" w:type="dxa"/>
              <w:left w:w="80" w:type="dxa"/>
              <w:bottom w:w="80" w:type="dxa"/>
              <w:right w:w="80" w:type="dxa"/>
            </w:tcMar>
          </w:tcPr>
          <w:p w14:paraId="46FBB221" w14:textId="0573CD4A" w:rsidR="00783513" w:rsidRPr="002A6970" w:rsidRDefault="00783513" w:rsidP="00783513">
            <w:pPr>
              <w:rPr>
                <w:b/>
                <w:color w:val="FFFFFF"/>
                <w:sz w:val="15"/>
                <w:lang w:val="da-DK"/>
              </w:rPr>
            </w:pPr>
            <w:r w:rsidRPr="00531554">
              <w:rPr>
                <w:color w:val="000000"/>
                <w:sz w:val="15"/>
                <w:lang w:val="da-DK"/>
              </w:rPr>
              <w:t>Programarrangør + Sceneteam</w:t>
            </w:r>
          </w:p>
        </w:tc>
      </w:tr>
      <w:tr w:rsidR="00C57CD8" w:rsidRPr="002A6970" w14:paraId="62F55B2D" w14:textId="77777777" w:rsidTr="00ED5FC6">
        <w:trPr>
          <w:trHeight w:val="351"/>
          <w:jc w:val="center"/>
        </w:trPr>
        <w:tc>
          <w:tcPr>
            <w:tcW w:w="1811" w:type="dxa"/>
            <w:shd w:val="clear" w:color="auto" w:fill="F3F4F6"/>
            <w:tcMar>
              <w:top w:w="80" w:type="dxa"/>
              <w:left w:w="80" w:type="dxa"/>
              <w:bottom w:w="80" w:type="dxa"/>
              <w:right w:w="80" w:type="dxa"/>
            </w:tcMar>
          </w:tcPr>
          <w:p w14:paraId="1B21AF20" w14:textId="77777777" w:rsidR="00C57CD8" w:rsidRPr="002A6970" w:rsidRDefault="00C57CD8" w:rsidP="00BB752E">
            <w:pPr>
              <w:rPr>
                <w:lang w:val="da-DK"/>
              </w:rPr>
            </w:pPr>
            <w:r w:rsidRPr="002A6970">
              <w:rPr>
                <w:color w:val="000000"/>
                <w:sz w:val="15"/>
                <w:lang w:val="da-DK"/>
              </w:rPr>
              <w:t>–20</w:t>
            </w:r>
          </w:p>
        </w:tc>
        <w:tc>
          <w:tcPr>
            <w:tcW w:w="1872" w:type="dxa"/>
            <w:shd w:val="clear" w:color="auto" w:fill="F3F4F6"/>
            <w:tcMar>
              <w:top w:w="80" w:type="dxa"/>
              <w:left w:w="80" w:type="dxa"/>
              <w:bottom w:w="80" w:type="dxa"/>
              <w:right w:w="80" w:type="dxa"/>
            </w:tcMar>
          </w:tcPr>
          <w:p w14:paraId="764813AC" w14:textId="77777777" w:rsidR="00C57CD8" w:rsidRPr="002A6970" w:rsidRDefault="00C57CD8" w:rsidP="00BB752E">
            <w:pPr>
              <w:rPr>
                <w:lang w:val="da-DK"/>
              </w:rPr>
            </w:pPr>
            <w:r w:rsidRPr="002A6970">
              <w:rPr>
                <w:color w:val="000000"/>
                <w:sz w:val="15"/>
                <w:lang w:val="da-DK"/>
              </w:rPr>
              <w:t>15 min.</w:t>
            </w:r>
          </w:p>
        </w:tc>
        <w:tc>
          <w:tcPr>
            <w:tcW w:w="1884" w:type="dxa"/>
            <w:shd w:val="clear" w:color="auto" w:fill="F3F4F6"/>
            <w:tcMar>
              <w:top w:w="80" w:type="dxa"/>
              <w:left w:w="80" w:type="dxa"/>
              <w:bottom w:w="80" w:type="dxa"/>
              <w:right w:w="80" w:type="dxa"/>
            </w:tcMar>
          </w:tcPr>
          <w:p w14:paraId="46279E67" w14:textId="77777777" w:rsidR="00C57CD8" w:rsidRPr="002A6970" w:rsidRDefault="00C57CD8" w:rsidP="00BB752E">
            <w:pPr>
              <w:rPr>
                <w:lang w:val="da-DK"/>
              </w:rPr>
            </w:pPr>
            <w:r w:rsidRPr="002A6970">
              <w:rPr>
                <w:color w:val="000000"/>
                <w:sz w:val="15"/>
                <w:lang w:val="da-DK"/>
              </w:rPr>
              <w:t>Klargøring</w:t>
            </w:r>
          </w:p>
        </w:tc>
        <w:tc>
          <w:tcPr>
            <w:tcW w:w="3768" w:type="dxa"/>
            <w:shd w:val="clear" w:color="auto" w:fill="F3F4F6"/>
            <w:tcMar>
              <w:top w:w="80" w:type="dxa"/>
              <w:left w:w="80" w:type="dxa"/>
              <w:bottom w:w="80" w:type="dxa"/>
              <w:right w:w="80" w:type="dxa"/>
            </w:tcMar>
          </w:tcPr>
          <w:p w14:paraId="78F4A510" w14:textId="0A2E74D4" w:rsidR="00C57CD8" w:rsidRPr="002A6970" w:rsidRDefault="00C66DA2" w:rsidP="00BB752E">
            <w:pPr>
              <w:rPr>
                <w:lang w:val="da-DK"/>
              </w:rPr>
            </w:pPr>
            <w:r>
              <w:rPr>
                <w:color w:val="000000"/>
                <w:sz w:val="15"/>
                <w:lang w:val="da-DK"/>
              </w:rPr>
              <w:t>Oplægsholdere/paneld</w:t>
            </w:r>
            <w:r w:rsidR="00ED5FC6">
              <w:rPr>
                <w:color w:val="000000"/>
                <w:sz w:val="15"/>
                <w:lang w:val="da-DK"/>
              </w:rPr>
              <w:t>elt</w:t>
            </w:r>
            <w:r w:rsidR="008F78F1">
              <w:rPr>
                <w:color w:val="000000"/>
                <w:sz w:val="15"/>
                <w:lang w:val="da-DK"/>
              </w:rPr>
              <w:t>agere møder ind</w:t>
            </w:r>
            <w:r>
              <w:rPr>
                <w:color w:val="000000"/>
                <w:sz w:val="15"/>
                <w:lang w:val="da-DK"/>
              </w:rPr>
              <w:t xml:space="preserve"> og mikes op.</w:t>
            </w:r>
            <w:r w:rsidR="008F78F1">
              <w:rPr>
                <w:color w:val="000000"/>
                <w:sz w:val="15"/>
                <w:lang w:val="da-DK"/>
              </w:rPr>
              <w:t xml:space="preserve"> </w:t>
            </w:r>
            <w:r w:rsidR="00C57CD8" w:rsidRPr="002A6970">
              <w:rPr>
                <w:color w:val="000000"/>
                <w:sz w:val="15"/>
                <w:lang w:val="da-DK"/>
              </w:rPr>
              <w:t>Kort scenetjek. Bekræft rækkefølge, roller og de vigtigste overgange.</w:t>
            </w:r>
          </w:p>
        </w:tc>
        <w:tc>
          <w:tcPr>
            <w:tcW w:w="2192" w:type="dxa"/>
            <w:shd w:val="clear" w:color="auto" w:fill="F3F4F6"/>
            <w:tcMar>
              <w:top w:w="80" w:type="dxa"/>
              <w:left w:w="80" w:type="dxa"/>
              <w:bottom w:w="80" w:type="dxa"/>
              <w:right w:w="80" w:type="dxa"/>
            </w:tcMar>
          </w:tcPr>
          <w:p w14:paraId="5C6D5A3C" w14:textId="77777777" w:rsidR="00C57CD8" w:rsidRPr="002A6970" w:rsidRDefault="00C57CD8" w:rsidP="00BB752E">
            <w:pPr>
              <w:rPr>
                <w:lang w:val="da-DK"/>
              </w:rPr>
            </w:pPr>
            <w:r w:rsidRPr="002A6970">
              <w:rPr>
                <w:color w:val="000000"/>
                <w:sz w:val="15"/>
                <w:lang w:val="da-DK"/>
              </w:rPr>
              <w:t>—</w:t>
            </w:r>
          </w:p>
        </w:tc>
        <w:tc>
          <w:tcPr>
            <w:tcW w:w="1890" w:type="dxa"/>
            <w:shd w:val="clear" w:color="auto" w:fill="F3F4F6"/>
            <w:tcMar>
              <w:top w:w="80" w:type="dxa"/>
              <w:left w:w="80" w:type="dxa"/>
              <w:bottom w:w="80" w:type="dxa"/>
              <w:right w:w="80" w:type="dxa"/>
            </w:tcMar>
          </w:tcPr>
          <w:p w14:paraId="6A2BA0B6" w14:textId="77777777" w:rsidR="00C57CD8" w:rsidRPr="002A6970" w:rsidRDefault="00C57CD8" w:rsidP="00BB752E">
            <w:pPr>
              <w:rPr>
                <w:lang w:val="da-DK"/>
              </w:rPr>
            </w:pPr>
            <w:r w:rsidRPr="002A6970">
              <w:rPr>
                <w:color w:val="000000"/>
                <w:sz w:val="15"/>
                <w:lang w:val="da-DK"/>
              </w:rPr>
              <w:t>Evt. slides / rekvisitter / mikrofoner</w:t>
            </w:r>
          </w:p>
        </w:tc>
        <w:tc>
          <w:tcPr>
            <w:tcW w:w="1993" w:type="dxa"/>
            <w:shd w:val="clear" w:color="auto" w:fill="F3F4F6"/>
            <w:tcMar>
              <w:top w:w="80" w:type="dxa"/>
              <w:left w:w="80" w:type="dxa"/>
              <w:bottom w:w="80" w:type="dxa"/>
              <w:right w:w="80" w:type="dxa"/>
            </w:tcMar>
          </w:tcPr>
          <w:p w14:paraId="26C15C0E" w14:textId="77777777" w:rsidR="00C57CD8" w:rsidRPr="002A6970" w:rsidRDefault="00C57CD8" w:rsidP="00BB752E">
            <w:pPr>
              <w:rPr>
                <w:lang w:val="da-DK"/>
              </w:rPr>
            </w:pPr>
            <w:r w:rsidRPr="002A6970">
              <w:rPr>
                <w:color w:val="000000"/>
                <w:sz w:val="15"/>
                <w:lang w:val="da-DK"/>
              </w:rPr>
              <w:t>Programarrangør + sceneteam</w:t>
            </w:r>
          </w:p>
        </w:tc>
      </w:tr>
      <w:tr w:rsidR="00C57CD8" w:rsidRPr="002A6970" w14:paraId="6C19D07D" w14:textId="77777777" w:rsidTr="00ED5FC6">
        <w:trPr>
          <w:trHeight w:val="351"/>
          <w:jc w:val="center"/>
        </w:trPr>
        <w:tc>
          <w:tcPr>
            <w:tcW w:w="1811" w:type="dxa"/>
            <w:shd w:val="clear" w:color="auto" w:fill="F3F4F6"/>
            <w:tcMar>
              <w:top w:w="80" w:type="dxa"/>
              <w:left w:w="80" w:type="dxa"/>
              <w:bottom w:w="80" w:type="dxa"/>
              <w:right w:w="80" w:type="dxa"/>
            </w:tcMar>
          </w:tcPr>
          <w:p w14:paraId="79B7C23C" w14:textId="77777777" w:rsidR="00C57CD8" w:rsidRPr="002A6970" w:rsidRDefault="00C57CD8" w:rsidP="00BB752E">
            <w:pPr>
              <w:rPr>
                <w:lang w:val="da-DK"/>
              </w:rPr>
            </w:pPr>
            <w:r w:rsidRPr="002A6970">
              <w:rPr>
                <w:color w:val="000000"/>
                <w:sz w:val="15"/>
                <w:lang w:val="da-DK"/>
              </w:rPr>
              <w:t>–05</w:t>
            </w:r>
          </w:p>
        </w:tc>
        <w:tc>
          <w:tcPr>
            <w:tcW w:w="1872" w:type="dxa"/>
            <w:shd w:val="clear" w:color="auto" w:fill="F3F4F6"/>
            <w:tcMar>
              <w:top w:w="80" w:type="dxa"/>
              <w:left w:w="80" w:type="dxa"/>
              <w:bottom w:w="80" w:type="dxa"/>
              <w:right w:w="80" w:type="dxa"/>
            </w:tcMar>
          </w:tcPr>
          <w:p w14:paraId="19A35F6D" w14:textId="77777777" w:rsidR="00C57CD8" w:rsidRPr="002A6970" w:rsidRDefault="00C57CD8" w:rsidP="00BB752E">
            <w:pPr>
              <w:rPr>
                <w:lang w:val="da-DK"/>
              </w:rPr>
            </w:pPr>
            <w:r w:rsidRPr="002A6970">
              <w:rPr>
                <w:color w:val="000000"/>
                <w:sz w:val="15"/>
                <w:lang w:val="da-DK"/>
              </w:rPr>
              <w:t>5 min.</w:t>
            </w:r>
          </w:p>
        </w:tc>
        <w:tc>
          <w:tcPr>
            <w:tcW w:w="1884" w:type="dxa"/>
            <w:shd w:val="clear" w:color="auto" w:fill="F3F4F6"/>
            <w:tcMar>
              <w:top w:w="80" w:type="dxa"/>
              <w:left w:w="80" w:type="dxa"/>
              <w:bottom w:w="80" w:type="dxa"/>
              <w:right w:w="80" w:type="dxa"/>
            </w:tcMar>
          </w:tcPr>
          <w:p w14:paraId="2B90942B" w14:textId="77777777" w:rsidR="00C57CD8" w:rsidRPr="002A6970" w:rsidRDefault="00C57CD8" w:rsidP="00BB752E">
            <w:pPr>
              <w:rPr>
                <w:lang w:val="da-DK"/>
              </w:rPr>
            </w:pPr>
            <w:r w:rsidRPr="002A6970">
              <w:rPr>
                <w:color w:val="000000"/>
                <w:sz w:val="15"/>
                <w:lang w:val="da-DK"/>
              </w:rPr>
              <w:t>Deltagerbrief</w:t>
            </w:r>
          </w:p>
        </w:tc>
        <w:tc>
          <w:tcPr>
            <w:tcW w:w="3768" w:type="dxa"/>
            <w:shd w:val="clear" w:color="auto" w:fill="F3F4F6"/>
            <w:tcMar>
              <w:top w:w="80" w:type="dxa"/>
              <w:left w:w="80" w:type="dxa"/>
              <w:bottom w:w="80" w:type="dxa"/>
              <w:right w:w="80" w:type="dxa"/>
            </w:tcMar>
          </w:tcPr>
          <w:p w14:paraId="6490F89B" w14:textId="111D57B3" w:rsidR="00C57CD8" w:rsidRPr="002A6970" w:rsidRDefault="00C57CD8" w:rsidP="00BB752E">
            <w:pPr>
              <w:rPr>
                <w:lang w:val="da-DK"/>
              </w:rPr>
            </w:pPr>
            <w:r w:rsidRPr="002A6970">
              <w:rPr>
                <w:color w:val="000000"/>
                <w:sz w:val="15"/>
                <w:lang w:val="da-DK"/>
              </w:rPr>
              <w:t>Sidste cue til moderator / oplægsholder.</w:t>
            </w:r>
          </w:p>
        </w:tc>
        <w:tc>
          <w:tcPr>
            <w:tcW w:w="2192" w:type="dxa"/>
            <w:shd w:val="clear" w:color="auto" w:fill="F3F4F6"/>
            <w:tcMar>
              <w:top w:w="80" w:type="dxa"/>
              <w:left w:w="80" w:type="dxa"/>
              <w:bottom w:w="80" w:type="dxa"/>
              <w:right w:w="80" w:type="dxa"/>
            </w:tcMar>
          </w:tcPr>
          <w:p w14:paraId="289E3AFC" w14:textId="77777777" w:rsidR="00C57CD8" w:rsidRPr="002A6970" w:rsidRDefault="00C57CD8" w:rsidP="00BB752E">
            <w:pPr>
              <w:rPr>
                <w:lang w:val="da-DK"/>
              </w:rPr>
            </w:pPr>
            <w:r w:rsidRPr="002A6970">
              <w:rPr>
                <w:color w:val="000000"/>
                <w:sz w:val="15"/>
                <w:lang w:val="da-DK"/>
              </w:rPr>
              <w:t>Evt. præ-spørgsmål på skærm</w:t>
            </w:r>
          </w:p>
        </w:tc>
        <w:tc>
          <w:tcPr>
            <w:tcW w:w="1890" w:type="dxa"/>
            <w:shd w:val="clear" w:color="auto" w:fill="F3F4F6"/>
            <w:tcMar>
              <w:top w:w="80" w:type="dxa"/>
              <w:left w:w="80" w:type="dxa"/>
              <w:bottom w:w="80" w:type="dxa"/>
              <w:right w:w="80" w:type="dxa"/>
            </w:tcMar>
          </w:tcPr>
          <w:p w14:paraId="5949A5DE" w14:textId="77777777" w:rsidR="00C57CD8" w:rsidRPr="002A6970" w:rsidRDefault="00C57CD8" w:rsidP="00BB752E">
            <w:pPr>
              <w:rPr>
                <w:lang w:val="da-DK"/>
              </w:rPr>
            </w:pPr>
            <w:r w:rsidRPr="002A6970">
              <w:rPr>
                <w:color w:val="000000"/>
                <w:sz w:val="15"/>
                <w:lang w:val="da-DK"/>
              </w:rPr>
              <w:t>Evt. startslide</w:t>
            </w:r>
          </w:p>
        </w:tc>
        <w:tc>
          <w:tcPr>
            <w:tcW w:w="1993" w:type="dxa"/>
            <w:shd w:val="clear" w:color="auto" w:fill="F3F4F6"/>
            <w:tcMar>
              <w:top w:w="80" w:type="dxa"/>
              <w:left w:w="80" w:type="dxa"/>
              <w:bottom w:w="80" w:type="dxa"/>
              <w:right w:w="80" w:type="dxa"/>
            </w:tcMar>
          </w:tcPr>
          <w:p w14:paraId="796D2B0F" w14:textId="77777777" w:rsidR="00C57CD8" w:rsidRPr="002A6970" w:rsidRDefault="00C57CD8" w:rsidP="00BB752E">
            <w:pPr>
              <w:rPr>
                <w:lang w:val="da-DK"/>
              </w:rPr>
            </w:pPr>
            <w:r w:rsidRPr="002A6970">
              <w:rPr>
                <w:color w:val="000000"/>
                <w:sz w:val="15"/>
                <w:lang w:val="da-DK"/>
              </w:rPr>
              <w:t>Sceneteam</w:t>
            </w:r>
          </w:p>
        </w:tc>
      </w:tr>
      <w:tr w:rsidR="00436CB6" w:rsidRPr="002A6970" w14:paraId="731FC007" w14:textId="77777777" w:rsidTr="00C57CD8">
        <w:trPr>
          <w:trHeight w:val="351"/>
          <w:jc w:val="center"/>
        </w:trPr>
        <w:tc>
          <w:tcPr>
            <w:tcW w:w="1811" w:type="dxa"/>
            <w:shd w:val="clear" w:color="auto" w:fill="FFFFFF"/>
            <w:tcMar>
              <w:top w:w="80" w:type="dxa"/>
              <w:left w:w="80" w:type="dxa"/>
              <w:bottom w:w="80" w:type="dxa"/>
              <w:right w:w="80" w:type="dxa"/>
            </w:tcMar>
          </w:tcPr>
          <w:p w14:paraId="4072CA2C" w14:textId="77777777" w:rsidR="00436CB6" w:rsidRPr="002A6970" w:rsidRDefault="00392156">
            <w:pPr>
              <w:rPr>
                <w:lang w:val="da-DK"/>
              </w:rPr>
            </w:pPr>
            <w:r w:rsidRPr="002A6970">
              <w:rPr>
                <w:color w:val="000000"/>
                <w:sz w:val="15"/>
                <w:lang w:val="da-DK"/>
              </w:rPr>
              <w:t>00:00</w:t>
            </w:r>
          </w:p>
        </w:tc>
        <w:tc>
          <w:tcPr>
            <w:tcW w:w="1872" w:type="dxa"/>
            <w:shd w:val="clear" w:color="auto" w:fill="FFFFFF"/>
            <w:tcMar>
              <w:top w:w="80" w:type="dxa"/>
              <w:left w:w="80" w:type="dxa"/>
              <w:bottom w:w="80" w:type="dxa"/>
              <w:right w:w="80" w:type="dxa"/>
            </w:tcMar>
          </w:tcPr>
          <w:p w14:paraId="0EC2E12A" w14:textId="77777777" w:rsidR="00436CB6" w:rsidRPr="002A6970" w:rsidRDefault="00392156">
            <w:pPr>
              <w:rPr>
                <w:lang w:val="da-DK"/>
              </w:rPr>
            </w:pPr>
            <w:r w:rsidRPr="002A6970">
              <w:rPr>
                <w:color w:val="6B7280"/>
                <w:sz w:val="15"/>
                <w:lang w:val="da-DK"/>
              </w:rPr>
              <w:t>[ ]</w:t>
            </w:r>
          </w:p>
        </w:tc>
        <w:tc>
          <w:tcPr>
            <w:tcW w:w="1884" w:type="dxa"/>
            <w:shd w:val="clear" w:color="auto" w:fill="FFFFFF"/>
            <w:tcMar>
              <w:top w:w="80" w:type="dxa"/>
              <w:left w:w="80" w:type="dxa"/>
              <w:bottom w:w="80" w:type="dxa"/>
              <w:right w:w="80" w:type="dxa"/>
            </w:tcMar>
          </w:tcPr>
          <w:p w14:paraId="6544CBC4" w14:textId="77777777" w:rsidR="00436CB6" w:rsidRPr="002A6970" w:rsidRDefault="00392156">
            <w:pPr>
              <w:rPr>
                <w:lang w:val="da-DK"/>
              </w:rPr>
            </w:pPr>
            <w:r w:rsidRPr="002A6970">
              <w:rPr>
                <w:color w:val="000000"/>
                <w:sz w:val="15"/>
                <w:lang w:val="da-DK"/>
              </w:rPr>
              <w:t>Åbning</w:t>
            </w:r>
          </w:p>
        </w:tc>
        <w:tc>
          <w:tcPr>
            <w:tcW w:w="3768" w:type="dxa"/>
            <w:shd w:val="clear" w:color="auto" w:fill="FFFFFF"/>
            <w:tcMar>
              <w:top w:w="80" w:type="dxa"/>
              <w:left w:w="80" w:type="dxa"/>
              <w:bottom w:w="80" w:type="dxa"/>
              <w:right w:w="80" w:type="dxa"/>
            </w:tcMar>
          </w:tcPr>
          <w:p w14:paraId="1B4A114C" w14:textId="77777777" w:rsidR="00436CB6" w:rsidRPr="002A6970" w:rsidRDefault="00392156">
            <w:pPr>
              <w:rPr>
                <w:lang w:val="da-DK"/>
              </w:rPr>
            </w:pPr>
            <w:r w:rsidRPr="002A6970">
              <w:rPr>
                <w:color w:val="6B7280"/>
                <w:sz w:val="15"/>
                <w:lang w:val="da-DK"/>
              </w:rPr>
              <w:t>[Hvordan åbnes indslaget, og hvad skal publikum være nysgerrige på fra start?]</w:t>
            </w:r>
          </w:p>
        </w:tc>
        <w:tc>
          <w:tcPr>
            <w:tcW w:w="2192" w:type="dxa"/>
            <w:shd w:val="clear" w:color="auto" w:fill="FFFFFF"/>
            <w:tcMar>
              <w:top w:w="80" w:type="dxa"/>
              <w:left w:w="80" w:type="dxa"/>
              <w:bottom w:w="80" w:type="dxa"/>
              <w:right w:w="80" w:type="dxa"/>
            </w:tcMar>
          </w:tcPr>
          <w:p w14:paraId="03864417" w14:textId="77777777" w:rsidR="00436CB6" w:rsidRPr="002A6970" w:rsidRDefault="00392156">
            <w:pPr>
              <w:rPr>
                <w:lang w:val="da-DK"/>
              </w:rPr>
            </w:pPr>
            <w:r w:rsidRPr="002A6970">
              <w:rPr>
                <w:color w:val="6B7280"/>
                <w:sz w:val="15"/>
                <w:lang w:val="da-DK"/>
              </w:rPr>
              <w:t>[fx refleksionsspørgsmål / håndsoprækning]</w:t>
            </w:r>
          </w:p>
        </w:tc>
        <w:tc>
          <w:tcPr>
            <w:tcW w:w="1890" w:type="dxa"/>
            <w:shd w:val="clear" w:color="auto" w:fill="FFFFFF"/>
            <w:tcMar>
              <w:top w:w="80" w:type="dxa"/>
              <w:left w:w="80" w:type="dxa"/>
              <w:bottom w:w="80" w:type="dxa"/>
              <w:right w:w="80" w:type="dxa"/>
            </w:tcMar>
          </w:tcPr>
          <w:p w14:paraId="50EED1AA" w14:textId="77777777" w:rsidR="00436CB6" w:rsidRPr="002A6970" w:rsidRDefault="00392156">
            <w:pPr>
              <w:rPr>
                <w:lang w:val="da-DK"/>
              </w:rPr>
            </w:pPr>
            <w:r w:rsidRPr="002A6970">
              <w:rPr>
                <w:color w:val="6B7280"/>
                <w:sz w:val="15"/>
                <w:lang w:val="da-DK"/>
              </w:rPr>
              <w:t>[slide / grafik / rekvisit]</w:t>
            </w:r>
          </w:p>
        </w:tc>
        <w:tc>
          <w:tcPr>
            <w:tcW w:w="1993" w:type="dxa"/>
            <w:shd w:val="clear" w:color="auto" w:fill="FFFFFF"/>
            <w:tcMar>
              <w:top w:w="80" w:type="dxa"/>
              <w:left w:w="80" w:type="dxa"/>
              <w:bottom w:w="80" w:type="dxa"/>
              <w:right w:w="80" w:type="dxa"/>
            </w:tcMar>
          </w:tcPr>
          <w:p w14:paraId="74EE4025" w14:textId="77777777" w:rsidR="00436CB6" w:rsidRPr="002A6970" w:rsidRDefault="00392156">
            <w:pPr>
              <w:rPr>
                <w:lang w:val="da-DK"/>
              </w:rPr>
            </w:pPr>
            <w:r w:rsidRPr="002A6970">
              <w:rPr>
                <w:color w:val="6B7280"/>
                <w:sz w:val="15"/>
                <w:lang w:val="da-DK"/>
              </w:rPr>
              <w:t>[navn]</w:t>
            </w:r>
          </w:p>
        </w:tc>
      </w:tr>
      <w:tr w:rsidR="00436CB6" w:rsidRPr="002A6970" w14:paraId="6980A91E" w14:textId="77777777" w:rsidTr="00C57CD8">
        <w:trPr>
          <w:trHeight w:val="351"/>
          <w:jc w:val="center"/>
        </w:trPr>
        <w:tc>
          <w:tcPr>
            <w:tcW w:w="1811" w:type="dxa"/>
            <w:shd w:val="clear" w:color="auto" w:fill="FFFFFF"/>
            <w:tcMar>
              <w:top w:w="80" w:type="dxa"/>
              <w:left w:w="80" w:type="dxa"/>
              <w:bottom w:w="80" w:type="dxa"/>
              <w:right w:w="80" w:type="dxa"/>
            </w:tcMar>
          </w:tcPr>
          <w:p w14:paraId="2416BEA9" w14:textId="77777777" w:rsidR="00436CB6" w:rsidRPr="002A6970" w:rsidRDefault="00392156">
            <w:pPr>
              <w:rPr>
                <w:lang w:val="da-DK"/>
              </w:rPr>
            </w:pPr>
            <w:r w:rsidRPr="002A6970">
              <w:rPr>
                <w:color w:val="000000"/>
                <w:sz w:val="15"/>
                <w:lang w:val="da-DK"/>
              </w:rPr>
              <w:t>00:__</w:t>
            </w:r>
          </w:p>
        </w:tc>
        <w:tc>
          <w:tcPr>
            <w:tcW w:w="1872" w:type="dxa"/>
            <w:shd w:val="clear" w:color="auto" w:fill="FFFFFF"/>
            <w:tcMar>
              <w:top w:w="80" w:type="dxa"/>
              <w:left w:w="80" w:type="dxa"/>
              <w:bottom w:w="80" w:type="dxa"/>
              <w:right w:w="80" w:type="dxa"/>
            </w:tcMar>
          </w:tcPr>
          <w:p w14:paraId="179D2573" w14:textId="77777777" w:rsidR="00436CB6" w:rsidRPr="002A6970" w:rsidRDefault="00392156">
            <w:pPr>
              <w:rPr>
                <w:lang w:val="da-DK"/>
              </w:rPr>
            </w:pPr>
            <w:r w:rsidRPr="002A6970">
              <w:rPr>
                <w:color w:val="6B7280"/>
                <w:sz w:val="15"/>
                <w:lang w:val="da-DK"/>
              </w:rPr>
              <w:t>[ ]</w:t>
            </w:r>
          </w:p>
        </w:tc>
        <w:tc>
          <w:tcPr>
            <w:tcW w:w="1884" w:type="dxa"/>
            <w:shd w:val="clear" w:color="auto" w:fill="FFFFFF"/>
            <w:tcMar>
              <w:top w:w="80" w:type="dxa"/>
              <w:left w:w="80" w:type="dxa"/>
              <w:bottom w:w="80" w:type="dxa"/>
              <w:right w:w="80" w:type="dxa"/>
            </w:tcMar>
          </w:tcPr>
          <w:p w14:paraId="02B26E45" w14:textId="77777777" w:rsidR="00436CB6" w:rsidRPr="002A6970" w:rsidRDefault="00392156">
            <w:pPr>
              <w:rPr>
                <w:lang w:val="da-DK"/>
              </w:rPr>
            </w:pPr>
            <w:r w:rsidRPr="002A6970">
              <w:rPr>
                <w:color w:val="6B7280"/>
                <w:sz w:val="15"/>
                <w:lang w:val="da-DK"/>
              </w:rPr>
              <w:t>[indsæt del]</w:t>
            </w:r>
          </w:p>
        </w:tc>
        <w:tc>
          <w:tcPr>
            <w:tcW w:w="3768" w:type="dxa"/>
            <w:shd w:val="clear" w:color="auto" w:fill="FFFFFF"/>
            <w:tcMar>
              <w:top w:w="80" w:type="dxa"/>
              <w:left w:w="80" w:type="dxa"/>
              <w:bottom w:w="80" w:type="dxa"/>
              <w:right w:w="80" w:type="dxa"/>
            </w:tcMar>
          </w:tcPr>
          <w:p w14:paraId="123CF71B" w14:textId="77777777" w:rsidR="00436CB6" w:rsidRPr="002A6970" w:rsidRDefault="00392156">
            <w:pPr>
              <w:rPr>
                <w:lang w:val="da-DK"/>
              </w:rPr>
            </w:pPr>
            <w:r w:rsidRPr="002A6970">
              <w:rPr>
                <w:color w:val="6B7280"/>
                <w:sz w:val="15"/>
                <w:lang w:val="da-DK"/>
              </w:rPr>
              <w:t>[Hvad sker der i denne del? Hvilket spørgsmål eller budskab er centralt?]</w:t>
            </w:r>
          </w:p>
        </w:tc>
        <w:tc>
          <w:tcPr>
            <w:tcW w:w="2192" w:type="dxa"/>
            <w:shd w:val="clear" w:color="auto" w:fill="FFFFFF"/>
            <w:tcMar>
              <w:top w:w="80" w:type="dxa"/>
              <w:left w:w="80" w:type="dxa"/>
              <w:bottom w:w="80" w:type="dxa"/>
              <w:right w:w="80" w:type="dxa"/>
            </w:tcMar>
          </w:tcPr>
          <w:p w14:paraId="47E07677" w14:textId="77777777" w:rsidR="00436CB6" w:rsidRPr="002A6970" w:rsidRDefault="00392156">
            <w:pPr>
              <w:rPr>
                <w:lang w:val="da-DK"/>
              </w:rPr>
            </w:pPr>
            <w:r w:rsidRPr="002A6970">
              <w:rPr>
                <w:color w:val="6B7280"/>
                <w:sz w:val="15"/>
                <w:lang w:val="da-DK"/>
              </w:rPr>
              <w:t>[indsæt evt. greb]</w:t>
            </w:r>
          </w:p>
        </w:tc>
        <w:tc>
          <w:tcPr>
            <w:tcW w:w="1890" w:type="dxa"/>
            <w:shd w:val="clear" w:color="auto" w:fill="FFFFFF"/>
            <w:tcMar>
              <w:top w:w="80" w:type="dxa"/>
              <w:left w:w="80" w:type="dxa"/>
              <w:bottom w:w="80" w:type="dxa"/>
              <w:right w:w="80" w:type="dxa"/>
            </w:tcMar>
          </w:tcPr>
          <w:p w14:paraId="092D91CB" w14:textId="77777777" w:rsidR="00436CB6" w:rsidRPr="002A6970" w:rsidRDefault="00392156">
            <w:pPr>
              <w:rPr>
                <w:lang w:val="da-DK"/>
              </w:rPr>
            </w:pPr>
            <w:r w:rsidRPr="002A6970">
              <w:rPr>
                <w:color w:val="6B7280"/>
                <w:sz w:val="15"/>
                <w:lang w:val="da-DK"/>
              </w:rPr>
              <w:t>[indsæt cue]</w:t>
            </w:r>
          </w:p>
        </w:tc>
        <w:tc>
          <w:tcPr>
            <w:tcW w:w="1993" w:type="dxa"/>
            <w:shd w:val="clear" w:color="auto" w:fill="FFFFFF"/>
            <w:tcMar>
              <w:top w:w="80" w:type="dxa"/>
              <w:left w:w="80" w:type="dxa"/>
              <w:bottom w:w="80" w:type="dxa"/>
              <w:right w:w="80" w:type="dxa"/>
            </w:tcMar>
          </w:tcPr>
          <w:p w14:paraId="343ED510" w14:textId="77777777" w:rsidR="00436CB6" w:rsidRPr="002A6970" w:rsidRDefault="00392156">
            <w:pPr>
              <w:rPr>
                <w:lang w:val="da-DK"/>
              </w:rPr>
            </w:pPr>
            <w:r w:rsidRPr="002A6970">
              <w:rPr>
                <w:color w:val="6B7280"/>
                <w:sz w:val="15"/>
                <w:lang w:val="da-DK"/>
              </w:rPr>
              <w:t>[navn]</w:t>
            </w:r>
          </w:p>
        </w:tc>
      </w:tr>
      <w:tr w:rsidR="00436CB6" w:rsidRPr="002A6970" w14:paraId="2C558722" w14:textId="77777777" w:rsidTr="00C57CD8">
        <w:trPr>
          <w:trHeight w:val="351"/>
          <w:jc w:val="center"/>
        </w:trPr>
        <w:tc>
          <w:tcPr>
            <w:tcW w:w="1811" w:type="dxa"/>
            <w:shd w:val="clear" w:color="auto" w:fill="EDF8E0"/>
            <w:tcMar>
              <w:top w:w="80" w:type="dxa"/>
              <w:left w:w="80" w:type="dxa"/>
              <w:bottom w:w="80" w:type="dxa"/>
              <w:right w:w="80" w:type="dxa"/>
            </w:tcMar>
          </w:tcPr>
          <w:p w14:paraId="07E4C9BB" w14:textId="77777777" w:rsidR="00436CB6" w:rsidRPr="002A6970" w:rsidRDefault="00392156">
            <w:pPr>
              <w:rPr>
                <w:lang w:val="da-DK"/>
              </w:rPr>
            </w:pPr>
            <w:r w:rsidRPr="002A6970">
              <w:rPr>
                <w:color w:val="000000"/>
                <w:sz w:val="15"/>
                <w:lang w:val="da-DK"/>
              </w:rPr>
              <w:t>00:__</w:t>
            </w:r>
          </w:p>
        </w:tc>
        <w:tc>
          <w:tcPr>
            <w:tcW w:w="1872" w:type="dxa"/>
            <w:shd w:val="clear" w:color="auto" w:fill="EDF8E0"/>
            <w:tcMar>
              <w:top w:w="80" w:type="dxa"/>
              <w:left w:w="80" w:type="dxa"/>
              <w:bottom w:w="80" w:type="dxa"/>
              <w:right w:w="80" w:type="dxa"/>
            </w:tcMar>
          </w:tcPr>
          <w:p w14:paraId="6F1BB8A3" w14:textId="77777777" w:rsidR="00436CB6" w:rsidRPr="002A6970" w:rsidRDefault="00392156">
            <w:pPr>
              <w:rPr>
                <w:lang w:val="da-DK"/>
              </w:rPr>
            </w:pPr>
            <w:r w:rsidRPr="002A6970">
              <w:rPr>
                <w:color w:val="6B7280"/>
                <w:sz w:val="15"/>
                <w:lang w:val="da-DK"/>
              </w:rPr>
              <w:t>[ ]</w:t>
            </w:r>
          </w:p>
        </w:tc>
        <w:tc>
          <w:tcPr>
            <w:tcW w:w="1884" w:type="dxa"/>
            <w:shd w:val="clear" w:color="auto" w:fill="EDF8E0"/>
            <w:tcMar>
              <w:top w:w="80" w:type="dxa"/>
              <w:left w:w="80" w:type="dxa"/>
              <w:bottom w:w="80" w:type="dxa"/>
              <w:right w:w="80" w:type="dxa"/>
            </w:tcMar>
          </w:tcPr>
          <w:p w14:paraId="15873DC7" w14:textId="77777777" w:rsidR="00436CB6" w:rsidRPr="002A6970" w:rsidRDefault="00392156">
            <w:pPr>
              <w:rPr>
                <w:lang w:val="da-DK"/>
              </w:rPr>
            </w:pPr>
            <w:r w:rsidRPr="002A6970">
              <w:rPr>
                <w:color w:val="6B7280"/>
                <w:sz w:val="15"/>
                <w:lang w:val="da-DK"/>
              </w:rPr>
              <w:t>[indsæt del]</w:t>
            </w:r>
          </w:p>
        </w:tc>
        <w:tc>
          <w:tcPr>
            <w:tcW w:w="3768" w:type="dxa"/>
            <w:shd w:val="clear" w:color="auto" w:fill="EDF8E0"/>
            <w:tcMar>
              <w:top w:w="80" w:type="dxa"/>
              <w:left w:w="80" w:type="dxa"/>
              <w:bottom w:w="80" w:type="dxa"/>
              <w:right w:w="80" w:type="dxa"/>
            </w:tcMar>
          </w:tcPr>
          <w:p w14:paraId="0059B8D0" w14:textId="77777777" w:rsidR="00436CB6" w:rsidRPr="002A6970" w:rsidRDefault="00392156">
            <w:pPr>
              <w:rPr>
                <w:lang w:val="da-DK"/>
              </w:rPr>
            </w:pPr>
            <w:r w:rsidRPr="002A6970">
              <w:rPr>
                <w:color w:val="6B7280"/>
                <w:sz w:val="15"/>
                <w:lang w:val="da-DK"/>
              </w:rPr>
              <w:t>[indsæt kort beskrivelse]</w:t>
            </w:r>
          </w:p>
        </w:tc>
        <w:tc>
          <w:tcPr>
            <w:tcW w:w="2192" w:type="dxa"/>
            <w:shd w:val="clear" w:color="auto" w:fill="EDF8E0"/>
            <w:tcMar>
              <w:top w:w="80" w:type="dxa"/>
              <w:left w:w="80" w:type="dxa"/>
              <w:bottom w:w="80" w:type="dxa"/>
              <w:right w:w="80" w:type="dxa"/>
            </w:tcMar>
          </w:tcPr>
          <w:p w14:paraId="0D13BBE9" w14:textId="77777777" w:rsidR="00436CB6" w:rsidRPr="002A6970" w:rsidRDefault="00392156">
            <w:pPr>
              <w:rPr>
                <w:lang w:val="da-DK"/>
              </w:rPr>
            </w:pPr>
            <w:r w:rsidRPr="002A6970">
              <w:rPr>
                <w:color w:val="6B7280"/>
                <w:sz w:val="15"/>
                <w:lang w:val="da-DK"/>
              </w:rPr>
              <w:t>[fx input fra publikum / spørgsmål / kort refleksion]</w:t>
            </w:r>
          </w:p>
        </w:tc>
        <w:tc>
          <w:tcPr>
            <w:tcW w:w="1890" w:type="dxa"/>
            <w:shd w:val="clear" w:color="auto" w:fill="EDF8E0"/>
            <w:tcMar>
              <w:top w:w="80" w:type="dxa"/>
              <w:left w:w="80" w:type="dxa"/>
              <w:bottom w:w="80" w:type="dxa"/>
              <w:right w:w="80" w:type="dxa"/>
            </w:tcMar>
          </w:tcPr>
          <w:p w14:paraId="491CA3E6" w14:textId="77777777" w:rsidR="00436CB6" w:rsidRPr="002A6970" w:rsidRDefault="00392156">
            <w:pPr>
              <w:rPr>
                <w:lang w:val="da-DK"/>
              </w:rPr>
            </w:pPr>
            <w:r w:rsidRPr="002A6970">
              <w:rPr>
                <w:color w:val="6B7280"/>
                <w:sz w:val="15"/>
                <w:lang w:val="da-DK"/>
              </w:rPr>
              <w:t>[indsæt cue]</w:t>
            </w:r>
          </w:p>
        </w:tc>
        <w:tc>
          <w:tcPr>
            <w:tcW w:w="1993" w:type="dxa"/>
            <w:shd w:val="clear" w:color="auto" w:fill="EDF8E0"/>
            <w:tcMar>
              <w:top w:w="80" w:type="dxa"/>
              <w:left w:w="80" w:type="dxa"/>
              <w:bottom w:w="80" w:type="dxa"/>
              <w:right w:w="80" w:type="dxa"/>
            </w:tcMar>
          </w:tcPr>
          <w:p w14:paraId="6AC896FE" w14:textId="77777777" w:rsidR="00436CB6" w:rsidRPr="002A6970" w:rsidRDefault="00392156">
            <w:pPr>
              <w:rPr>
                <w:lang w:val="da-DK"/>
              </w:rPr>
            </w:pPr>
            <w:r w:rsidRPr="002A6970">
              <w:rPr>
                <w:color w:val="6B7280"/>
                <w:sz w:val="15"/>
                <w:lang w:val="da-DK"/>
              </w:rPr>
              <w:t>[navn]</w:t>
            </w:r>
          </w:p>
        </w:tc>
      </w:tr>
      <w:tr w:rsidR="00436CB6" w:rsidRPr="002A6970" w14:paraId="02D00B54" w14:textId="77777777" w:rsidTr="00C57CD8">
        <w:trPr>
          <w:trHeight w:val="351"/>
          <w:jc w:val="center"/>
        </w:trPr>
        <w:tc>
          <w:tcPr>
            <w:tcW w:w="1811" w:type="dxa"/>
            <w:shd w:val="clear" w:color="auto" w:fill="FFFFFF"/>
            <w:tcMar>
              <w:top w:w="80" w:type="dxa"/>
              <w:left w:w="80" w:type="dxa"/>
              <w:bottom w:w="80" w:type="dxa"/>
              <w:right w:w="80" w:type="dxa"/>
            </w:tcMar>
          </w:tcPr>
          <w:p w14:paraId="1FA5728D" w14:textId="77777777" w:rsidR="00436CB6" w:rsidRPr="002A6970" w:rsidRDefault="00392156">
            <w:pPr>
              <w:rPr>
                <w:lang w:val="da-DK"/>
              </w:rPr>
            </w:pPr>
            <w:r w:rsidRPr="002A6970">
              <w:rPr>
                <w:color w:val="000000"/>
                <w:sz w:val="15"/>
                <w:lang w:val="da-DK"/>
              </w:rPr>
              <w:t>00:36</w:t>
            </w:r>
          </w:p>
        </w:tc>
        <w:tc>
          <w:tcPr>
            <w:tcW w:w="1872" w:type="dxa"/>
            <w:shd w:val="clear" w:color="auto" w:fill="FFFFFF"/>
            <w:tcMar>
              <w:top w:w="80" w:type="dxa"/>
              <w:left w:w="80" w:type="dxa"/>
              <w:bottom w:w="80" w:type="dxa"/>
              <w:right w:w="80" w:type="dxa"/>
            </w:tcMar>
          </w:tcPr>
          <w:p w14:paraId="29285DB8" w14:textId="77777777" w:rsidR="00436CB6" w:rsidRPr="002A6970" w:rsidRDefault="00392156">
            <w:pPr>
              <w:rPr>
                <w:lang w:val="da-DK"/>
              </w:rPr>
            </w:pPr>
            <w:r w:rsidRPr="002A6970">
              <w:rPr>
                <w:color w:val="000000"/>
                <w:sz w:val="15"/>
                <w:lang w:val="da-DK"/>
              </w:rPr>
              <w:t>4 min.</w:t>
            </w:r>
          </w:p>
        </w:tc>
        <w:tc>
          <w:tcPr>
            <w:tcW w:w="1884" w:type="dxa"/>
            <w:shd w:val="clear" w:color="auto" w:fill="FFFFFF"/>
            <w:tcMar>
              <w:top w:w="80" w:type="dxa"/>
              <w:left w:w="80" w:type="dxa"/>
              <w:bottom w:w="80" w:type="dxa"/>
              <w:right w:w="80" w:type="dxa"/>
            </w:tcMar>
          </w:tcPr>
          <w:p w14:paraId="0CA03529" w14:textId="77777777" w:rsidR="00436CB6" w:rsidRPr="002A6970" w:rsidRDefault="00392156">
            <w:pPr>
              <w:rPr>
                <w:lang w:val="da-DK"/>
              </w:rPr>
            </w:pPr>
            <w:r w:rsidRPr="002A6970">
              <w:rPr>
                <w:color w:val="000000"/>
                <w:sz w:val="15"/>
                <w:lang w:val="da-DK"/>
              </w:rPr>
              <w:t>Afrunding</w:t>
            </w:r>
          </w:p>
        </w:tc>
        <w:tc>
          <w:tcPr>
            <w:tcW w:w="3768" w:type="dxa"/>
            <w:shd w:val="clear" w:color="auto" w:fill="FFFFFF"/>
            <w:tcMar>
              <w:top w:w="80" w:type="dxa"/>
              <w:left w:w="80" w:type="dxa"/>
              <w:bottom w:w="80" w:type="dxa"/>
              <w:right w:w="80" w:type="dxa"/>
            </w:tcMar>
          </w:tcPr>
          <w:p w14:paraId="79242D26" w14:textId="77777777" w:rsidR="00436CB6" w:rsidRPr="002A6970" w:rsidRDefault="00392156">
            <w:pPr>
              <w:rPr>
                <w:lang w:val="da-DK"/>
              </w:rPr>
            </w:pPr>
            <w:r w:rsidRPr="002A6970">
              <w:rPr>
                <w:color w:val="000000"/>
                <w:sz w:val="15"/>
                <w:lang w:val="da-DK"/>
              </w:rPr>
              <w:t>Opsummér hovedbudskabet og giv publikum én klar pointe eller et spørgsmål, de kan tage med videre.</w:t>
            </w:r>
          </w:p>
        </w:tc>
        <w:tc>
          <w:tcPr>
            <w:tcW w:w="2192" w:type="dxa"/>
            <w:shd w:val="clear" w:color="auto" w:fill="FFFFFF"/>
            <w:tcMar>
              <w:top w:w="80" w:type="dxa"/>
              <w:left w:w="80" w:type="dxa"/>
              <w:bottom w:w="80" w:type="dxa"/>
              <w:right w:w="80" w:type="dxa"/>
            </w:tcMar>
          </w:tcPr>
          <w:p w14:paraId="7BE5010A" w14:textId="77777777" w:rsidR="00436CB6" w:rsidRPr="002A6970" w:rsidRDefault="00392156">
            <w:pPr>
              <w:rPr>
                <w:lang w:val="da-DK"/>
              </w:rPr>
            </w:pPr>
            <w:r w:rsidRPr="002A6970">
              <w:rPr>
                <w:color w:val="000000"/>
                <w:sz w:val="15"/>
                <w:lang w:val="da-DK"/>
              </w:rPr>
              <w:t>[evt. sidste spørgsmål / reaktion]</w:t>
            </w:r>
          </w:p>
        </w:tc>
        <w:tc>
          <w:tcPr>
            <w:tcW w:w="1890" w:type="dxa"/>
            <w:shd w:val="clear" w:color="auto" w:fill="FFFFFF"/>
            <w:tcMar>
              <w:top w:w="80" w:type="dxa"/>
              <w:left w:w="80" w:type="dxa"/>
              <w:bottom w:w="80" w:type="dxa"/>
              <w:right w:w="80" w:type="dxa"/>
            </w:tcMar>
          </w:tcPr>
          <w:p w14:paraId="1B65CEC0" w14:textId="77777777" w:rsidR="00436CB6" w:rsidRPr="002A6970" w:rsidRDefault="00392156">
            <w:pPr>
              <w:rPr>
                <w:lang w:val="da-DK"/>
              </w:rPr>
            </w:pPr>
            <w:r w:rsidRPr="002A6970">
              <w:rPr>
                <w:color w:val="000000"/>
                <w:sz w:val="15"/>
                <w:lang w:val="da-DK"/>
              </w:rPr>
              <w:t>Evt. slutslide</w:t>
            </w:r>
          </w:p>
        </w:tc>
        <w:tc>
          <w:tcPr>
            <w:tcW w:w="1993" w:type="dxa"/>
            <w:shd w:val="clear" w:color="auto" w:fill="FFFFFF"/>
            <w:tcMar>
              <w:top w:w="80" w:type="dxa"/>
              <w:left w:w="80" w:type="dxa"/>
              <w:bottom w:w="80" w:type="dxa"/>
              <w:right w:w="80" w:type="dxa"/>
            </w:tcMar>
          </w:tcPr>
          <w:p w14:paraId="2BB967CE" w14:textId="77777777" w:rsidR="00436CB6" w:rsidRPr="002A6970" w:rsidRDefault="00392156">
            <w:pPr>
              <w:rPr>
                <w:lang w:val="da-DK"/>
              </w:rPr>
            </w:pPr>
            <w:r w:rsidRPr="002A6970">
              <w:rPr>
                <w:color w:val="000000"/>
                <w:sz w:val="15"/>
                <w:lang w:val="da-DK"/>
              </w:rPr>
              <w:t>Moderator</w:t>
            </w:r>
          </w:p>
        </w:tc>
      </w:tr>
      <w:tr w:rsidR="00436CB6" w:rsidRPr="002A6970" w14:paraId="2A1E1FA5" w14:textId="77777777" w:rsidTr="00C57CD8">
        <w:trPr>
          <w:trHeight w:val="351"/>
          <w:jc w:val="center"/>
        </w:trPr>
        <w:tc>
          <w:tcPr>
            <w:tcW w:w="1811" w:type="dxa"/>
            <w:shd w:val="clear" w:color="auto" w:fill="F3F4F6"/>
            <w:tcMar>
              <w:top w:w="80" w:type="dxa"/>
              <w:left w:w="80" w:type="dxa"/>
              <w:bottom w:w="80" w:type="dxa"/>
              <w:right w:w="80" w:type="dxa"/>
            </w:tcMar>
          </w:tcPr>
          <w:p w14:paraId="024F3F8E" w14:textId="77777777" w:rsidR="00436CB6" w:rsidRPr="002A6970" w:rsidRDefault="00392156">
            <w:pPr>
              <w:rPr>
                <w:lang w:val="da-DK"/>
              </w:rPr>
            </w:pPr>
            <w:r w:rsidRPr="002A6970">
              <w:rPr>
                <w:color w:val="000000"/>
                <w:sz w:val="15"/>
                <w:lang w:val="da-DK"/>
              </w:rPr>
              <w:t>00:40</w:t>
            </w:r>
          </w:p>
        </w:tc>
        <w:tc>
          <w:tcPr>
            <w:tcW w:w="1872" w:type="dxa"/>
            <w:shd w:val="clear" w:color="auto" w:fill="F3F4F6"/>
            <w:tcMar>
              <w:top w:w="80" w:type="dxa"/>
              <w:left w:w="80" w:type="dxa"/>
              <w:bottom w:w="80" w:type="dxa"/>
              <w:right w:w="80" w:type="dxa"/>
            </w:tcMar>
          </w:tcPr>
          <w:p w14:paraId="3545DA3E" w14:textId="77777777" w:rsidR="00436CB6" w:rsidRPr="002A6970" w:rsidRDefault="00392156">
            <w:pPr>
              <w:rPr>
                <w:lang w:val="da-DK"/>
              </w:rPr>
            </w:pPr>
            <w:r w:rsidRPr="002A6970">
              <w:rPr>
                <w:color w:val="000000"/>
                <w:sz w:val="15"/>
                <w:lang w:val="da-DK"/>
              </w:rPr>
              <w:t>5 min.</w:t>
            </w:r>
          </w:p>
        </w:tc>
        <w:tc>
          <w:tcPr>
            <w:tcW w:w="1884" w:type="dxa"/>
            <w:shd w:val="clear" w:color="auto" w:fill="F3F4F6"/>
            <w:tcMar>
              <w:top w:w="80" w:type="dxa"/>
              <w:left w:w="80" w:type="dxa"/>
              <w:bottom w:w="80" w:type="dxa"/>
              <w:right w:w="80" w:type="dxa"/>
            </w:tcMar>
          </w:tcPr>
          <w:p w14:paraId="53D25B14" w14:textId="77777777" w:rsidR="00436CB6" w:rsidRPr="002A6970" w:rsidRDefault="00392156">
            <w:pPr>
              <w:rPr>
                <w:lang w:val="da-DK"/>
              </w:rPr>
            </w:pPr>
            <w:r w:rsidRPr="002A6970">
              <w:rPr>
                <w:color w:val="000000"/>
                <w:sz w:val="15"/>
                <w:lang w:val="da-DK"/>
              </w:rPr>
              <w:t>Handover</w:t>
            </w:r>
          </w:p>
        </w:tc>
        <w:tc>
          <w:tcPr>
            <w:tcW w:w="3768" w:type="dxa"/>
            <w:shd w:val="clear" w:color="auto" w:fill="F3F4F6"/>
            <w:tcMar>
              <w:top w:w="80" w:type="dxa"/>
              <w:left w:w="80" w:type="dxa"/>
              <w:bottom w:w="80" w:type="dxa"/>
              <w:right w:w="80" w:type="dxa"/>
            </w:tcMar>
          </w:tcPr>
          <w:p w14:paraId="47FCE94E" w14:textId="77777777" w:rsidR="00436CB6" w:rsidRPr="002A6970" w:rsidRDefault="00392156">
            <w:pPr>
              <w:rPr>
                <w:lang w:val="da-DK"/>
              </w:rPr>
            </w:pPr>
            <w:r w:rsidRPr="002A6970">
              <w:rPr>
                <w:color w:val="000000"/>
                <w:sz w:val="15"/>
                <w:lang w:val="da-DK"/>
              </w:rPr>
              <w:t>Tak til deltagere. Scenen gøres klar til næste programpunkt.</w:t>
            </w:r>
          </w:p>
        </w:tc>
        <w:tc>
          <w:tcPr>
            <w:tcW w:w="2192" w:type="dxa"/>
            <w:shd w:val="clear" w:color="auto" w:fill="F3F4F6"/>
            <w:tcMar>
              <w:top w:w="80" w:type="dxa"/>
              <w:left w:w="80" w:type="dxa"/>
              <w:bottom w:w="80" w:type="dxa"/>
              <w:right w:w="80" w:type="dxa"/>
            </w:tcMar>
          </w:tcPr>
          <w:p w14:paraId="4C8F2369" w14:textId="77777777" w:rsidR="00436CB6" w:rsidRPr="002A6970" w:rsidRDefault="00392156">
            <w:pPr>
              <w:rPr>
                <w:lang w:val="da-DK"/>
              </w:rPr>
            </w:pPr>
            <w:r w:rsidRPr="002A6970">
              <w:rPr>
                <w:color w:val="000000"/>
                <w:sz w:val="15"/>
                <w:lang w:val="da-DK"/>
              </w:rPr>
              <w:t>—</w:t>
            </w:r>
          </w:p>
        </w:tc>
        <w:tc>
          <w:tcPr>
            <w:tcW w:w="1890" w:type="dxa"/>
            <w:shd w:val="clear" w:color="auto" w:fill="F3F4F6"/>
            <w:tcMar>
              <w:top w:w="80" w:type="dxa"/>
              <w:left w:w="80" w:type="dxa"/>
              <w:bottom w:w="80" w:type="dxa"/>
              <w:right w:w="80" w:type="dxa"/>
            </w:tcMar>
          </w:tcPr>
          <w:p w14:paraId="2A4E5753" w14:textId="77777777" w:rsidR="00436CB6" w:rsidRPr="002A6970" w:rsidRDefault="00392156">
            <w:pPr>
              <w:rPr>
                <w:lang w:val="da-DK"/>
              </w:rPr>
            </w:pPr>
            <w:r w:rsidRPr="002A6970">
              <w:rPr>
                <w:color w:val="000000"/>
                <w:sz w:val="15"/>
                <w:lang w:val="da-DK"/>
              </w:rPr>
              <w:t>—</w:t>
            </w:r>
          </w:p>
        </w:tc>
        <w:tc>
          <w:tcPr>
            <w:tcW w:w="1993" w:type="dxa"/>
            <w:shd w:val="clear" w:color="auto" w:fill="F3F4F6"/>
            <w:tcMar>
              <w:top w:w="80" w:type="dxa"/>
              <w:left w:w="80" w:type="dxa"/>
              <w:bottom w:w="80" w:type="dxa"/>
              <w:right w:w="80" w:type="dxa"/>
            </w:tcMar>
          </w:tcPr>
          <w:p w14:paraId="1A78DF60" w14:textId="77777777" w:rsidR="00436CB6" w:rsidRPr="002A6970" w:rsidRDefault="00392156">
            <w:pPr>
              <w:rPr>
                <w:lang w:val="da-DK"/>
              </w:rPr>
            </w:pPr>
            <w:r w:rsidRPr="002A6970">
              <w:rPr>
                <w:color w:val="000000"/>
                <w:sz w:val="15"/>
                <w:lang w:val="da-DK"/>
              </w:rPr>
              <w:t>Sceneteam</w:t>
            </w:r>
          </w:p>
        </w:tc>
      </w:tr>
    </w:tbl>
    <w:p w14:paraId="60B0D881" w14:textId="77777777" w:rsidR="00436CB6" w:rsidRPr="002A6970" w:rsidRDefault="00392156">
      <w:pPr>
        <w:rPr>
          <w:lang w:val="da-DK"/>
        </w:rPr>
      </w:pPr>
      <w:r w:rsidRPr="002A6970">
        <w:rPr>
          <w:lang w:val="da-DK"/>
        </w:rPr>
        <w:br w:type="page"/>
      </w:r>
    </w:p>
    <w:p w14:paraId="7B6EA55A" w14:textId="77777777" w:rsidR="00436CB6" w:rsidRPr="002A6970" w:rsidRDefault="00392156">
      <w:pPr>
        <w:pStyle w:val="Overskrift1"/>
        <w:rPr>
          <w:lang w:val="da-DK"/>
        </w:rPr>
      </w:pPr>
      <w:r w:rsidRPr="002A6970">
        <w:rPr>
          <w:lang w:val="da-DK"/>
        </w:rPr>
        <w:lastRenderedPageBreak/>
        <w:t>Hvis noget ændrer sig</w:t>
      </w:r>
    </w:p>
    <w:tbl>
      <w:tblPr>
        <w:tblStyle w:val="Tabel-Gitter"/>
        <w:tblW w:w="0" w:type="auto"/>
        <w:jc w:val="center"/>
        <w:tblLook w:val="04A0" w:firstRow="1" w:lastRow="0" w:firstColumn="1" w:lastColumn="0" w:noHBand="0" w:noVBand="1"/>
      </w:tblPr>
      <w:tblGrid>
        <w:gridCol w:w="3663"/>
        <w:gridCol w:w="4395"/>
        <w:gridCol w:w="3682"/>
        <w:gridCol w:w="3670"/>
      </w:tblGrid>
      <w:tr w:rsidR="00436CB6" w:rsidRPr="002A6970" w14:paraId="505FC554" w14:textId="77777777" w:rsidTr="00556FA4">
        <w:trPr>
          <w:jc w:val="center"/>
        </w:trPr>
        <w:tc>
          <w:tcPr>
            <w:tcW w:w="3706" w:type="dxa"/>
            <w:shd w:val="clear" w:color="auto" w:fill="43B39F"/>
            <w:tcMar>
              <w:top w:w="80" w:type="dxa"/>
              <w:left w:w="80" w:type="dxa"/>
              <w:bottom w:w="80" w:type="dxa"/>
              <w:right w:w="80" w:type="dxa"/>
            </w:tcMar>
          </w:tcPr>
          <w:p w14:paraId="5ECA5B64" w14:textId="77777777" w:rsidR="00436CB6" w:rsidRPr="002A6970" w:rsidRDefault="00392156">
            <w:pPr>
              <w:rPr>
                <w:lang w:val="da-DK"/>
              </w:rPr>
            </w:pPr>
            <w:r w:rsidRPr="002A6970">
              <w:rPr>
                <w:b/>
                <w:color w:val="FFFFFF"/>
                <w:sz w:val="16"/>
                <w:lang w:val="da-DK"/>
              </w:rPr>
              <w:t>Situation</w:t>
            </w:r>
          </w:p>
        </w:tc>
        <w:tc>
          <w:tcPr>
            <w:tcW w:w="4448" w:type="dxa"/>
            <w:shd w:val="clear" w:color="auto" w:fill="43B39F"/>
            <w:tcMar>
              <w:top w:w="80" w:type="dxa"/>
              <w:left w:w="80" w:type="dxa"/>
              <w:bottom w:w="80" w:type="dxa"/>
              <w:right w:w="80" w:type="dxa"/>
            </w:tcMar>
          </w:tcPr>
          <w:p w14:paraId="1420E22C" w14:textId="77777777" w:rsidR="00436CB6" w:rsidRPr="002A6970" w:rsidRDefault="00392156">
            <w:pPr>
              <w:rPr>
                <w:lang w:val="da-DK"/>
              </w:rPr>
            </w:pPr>
            <w:r w:rsidRPr="002A6970">
              <w:rPr>
                <w:b/>
                <w:color w:val="FFFFFF"/>
                <w:sz w:val="16"/>
                <w:lang w:val="da-DK"/>
              </w:rPr>
              <w:t>Aftalt greb</w:t>
            </w:r>
          </w:p>
        </w:tc>
        <w:tc>
          <w:tcPr>
            <w:tcW w:w="3715" w:type="dxa"/>
            <w:shd w:val="clear" w:color="auto" w:fill="43B39F"/>
            <w:tcMar>
              <w:top w:w="80" w:type="dxa"/>
              <w:left w:w="80" w:type="dxa"/>
              <w:bottom w:w="80" w:type="dxa"/>
              <w:right w:w="80" w:type="dxa"/>
            </w:tcMar>
          </w:tcPr>
          <w:p w14:paraId="4C917977" w14:textId="77777777" w:rsidR="00436CB6" w:rsidRPr="002A6970" w:rsidRDefault="00392156">
            <w:pPr>
              <w:rPr>
                <w:lang w:val="da-DK"/>
              </w:rPr>
            </w:pPr>
            <w:r w:rsidRPr="002A6970">
              <w:rPr>
                <w:b/>
                <w:color w:val="FFFFFF"/>
                <w:sz w:val="16"/>
                <w:lang w:val="da-DK"/>
              </w:rPr>
              <w:t>Hvem handler?</w:t>
            </w:r>
          </w:p>
        </w:tc>
        <w:tc>
          <w:tcPr>
            <w:tcW w:w="3711" w:type="dxa"/>
            <w:shd w:val="clear" w:color="auto" w:fill="43B39F"/>
            <w:tcMar>
              <w:top w:w="80" w:type="dxa"/>
              <w:left w:w="80" w:type="dxa"/>
              <w:bottom w:w="80" w:type="dxa"/>
              <w:right w:w="80" w:type="dxa"/>
            </w:tcMar>
          </w:tcPr>
          <w:p w14:paraId="03EDAF03" w14:textId="77777777" w:rsidR="00436CB6" w:rsidRPr="002A6970" w:rsidRDefault="00392156">
            <w:pPr>
              <w:rPr>
                <w:lang w:val="da-DK"/>
              </w:rPr>
            </w:pPr>
            <w:r w:rsidRPr="002A6970">
              <w:rPr>
                <w:b/>
                <w:color w:val="FFFFFF"/>
                <w:sz w:val="16"/>
                <w:lang w:val="da-DK"/>
              </w:rPr>
              <w:t>Teknik / materialer</w:t>
            </w:r>
          </w:p>
        </w:tc>
      </w:tr>
      <w:tr w:rsidR="00436CB6" w:rsidRPr="002A6970" w14:paraId="6A86448D" w14:textId="77777777" w:rsidTr="00556FA4">
        <w:trPr>
          <w:jc w:val="center"/>
        </w:trPr>
        <w:tc>
          <w:tcPr>
            <w:tcW w:w="3706" w:type="dxa"/>
            <w:tcMar>
              <w:top w:w="80" w:type="dxa"/>
              <w:left w:w="80" w:type="dxa"/>
              <w:bottom w:w="80" w:type="dxa"/>
              <w:right w:w="80" w:type="dxa"/>
            </w:tcMar>
          </w:tcPr>
          <w:p w14:paraId="05220D0C" w14:textId="77777777" w:rsidR="00436CB6" w:rsidRPr="002A6970" w:rsidRDefault="00392156">
            <w:pPr>
              <w:rPr>
                <w:lang w:val="da-DK"/>
              </w:rPr>
            </w:pPr>
            <w:r w:rsidRPr="002A6970">
              <w:rPr>
                <w:color w:val="000000"/>
                <w:sz w:val="16"/>
                <w:lang w:val="da-DK"/>
              </w:rPr>
              <w:t>Tiden skrider</w:t>
            </w:r>
          </w:p>
        </w:tc>
        <w:tc>
          <w:tcPr>
            <w:tcW w:w="4448" w:type="dxa"/>
            <w:tcMar>
              <w:top w:w="80" w:type="dxa"/>
              <w:left w:w="80" w:type="dxa"/>
              <w:bottom w:w="80" w:type="dxa"/>
              <w:right w:w="80" w:type="dxa"/>
            </w:tcMar>
          </w:tcPr>
          <w:p w14:paraId="065B3D8F" w14:textId="77777777" w:rsidR="00436CB6" w:rsidRPr="002A6970" w:rsidRDefault="00392156">
            <w:pPr>
              <w:rPr>
                <w:lang w:val="da-DK"/>
              </w:rPr>
            </w:pPr>
            <w:r w:rsidRPr="002A6970">
              <w:rPr>
                <w:color w:val="6B7280"/>
                <w:sz w:val="16"/>
                <w:lang w:val="da-DK"/>
              </w:rPr>
              <w:t>[Hvad kan forkortes eller springes over?]</w:t>
            </w:r>
          </w:p>
        </w:tc>
        <w:tc>
          <w:tcPr>
            <w:tcW w:w="3715" w:type="dxa"/>
            <w:tcMar>
              <w:top w:w="80" w:type="dxa"/>
              <w:left w:w="80" w:type="dxa"/>
              <w:bottom w:w="80" w:type="dxa"/>
              <w:right w:w="80" w:type="dxa"/>
            </w:tcMar>
          </w:tcPr>
          <w:p w14:paraId="75555343" w14:textId="77777777" w:rsidR="00436CB6" w:rsidRPr="002A6970" w:rsidRDefault="00392156">
            <w:pPr>
              <w:rPr>
                <w:lang w:val="da-DK"/>
              </w:rPr>
            </w:pPr>
            <w:r w:rsidRPr="002A6970">
              <w:rPr>
                <w:color w:val="6B7280"/>
                <w:sz w:val="16"/>
                <w:lang w:val="da-DK"/>
              </w:rPr>
              <w:t>[navn]</w:t>
            </w:r>
          </w:p>
        </w:tc>
        <w:tc>
          <w:tcPr>
            <w:tcW w:w="3711" w:type="dxa"/>
            <w:tcMar>
              <w:top w:w="80" w:type="dxa"/>
              <w:left w:w="80" w:type="dxa"/>
              <w:bottom w:w="80" w:type="dxa"/>
              <w:right w:w="80" w:type="dxa"/>
            </w:tcMar>
          </w:tcPr>
          <w:p w14:paraId="65683A02" w14:textId="77777777" w:rsidR="00436CB6" w:rsidRPr="002A6970" w:rsidRDefault="00392156">
            <w:pPr>
              <w:rPr>
                <w:lang w:val="da-DK"/>
              </w:rPr>
            </w:pPr>
            <w:r w:rsidRPr="002A6970">
              <w:rPr>
                <w:color w:val="6B7280"/>
                <w:sz w:val="16"/>
                <w:lang w:val="da-DK"/>
              </w:rPr>
              <w:t>[ur / cue]</w:t>
            </w:r>
          </w:p>
        </w:tc>
      </w:tr>
      <w:tr w:rsidR="00436CB6" w:rsidRPr="002A6970" w14:paraId="10A0A047" w14:textId="77777777" w:rsidTr="00556FA4">
        <w:trPr>
          <w:jc w:val="center"/>
        </w:trPr>
        <w:tc>
          <w:tcPr>
            <w:tcW w:w="3706" w:type="dxa"/>
            <w:tcMar>
              <w:top w:w="80" w:type="dxa"/>
              <w:left w:w="80" w:type="dxa"/>
              <w:bottom w:w="80" w:type="dxa"/>
              <w:right w:w="80" w:type="dxa"/>
            </w:tcMar>
          </w:tcPr>
          <w:p w14:paraId="3C00CFA8" w14:textId="77777777" w:rsidR="00436CB6" w:rsidRPr="002A6970" w:rsidRDefault="00392156">
            <w:pPr>
              <w:rPr>
                <w:lang w:val="da-DK"/>
              </w:rPr>
            </w:pPr>
            <w:r w:rsidRPr="002A6970">
              <w:rPr>
                <w:color w:val="000000"/>
                <w:sz w:val="16"/>
                <w:lang w:val="da-DK"/>
              </w:rPr>
              <w:t>Teknisk fejl</w:t>
            </w:r>
          </w:p>
        </w:tc>
        <w:tc>
          <w:tcPr>
            <w:tcW w:w="4448" w:type="dxa"/>
            <w:tcMar>
              <w:top w:w="80" w:type="dxa"/>
              <w:left w:w="80" w:type="dxa"/>
              <w:bottom w:w="80" w:type="dxa"/>
              <w:right w:w="80" w:type="dxa"/>
            </w:tcMar>
          </w:tcPr>
          <w:p w14:paraId="062B323B" w14:textId="77777777" w:rsidR="00436CB6" w:rsidRPr="002A6970" w:rsidRDefault="00392156">
            <w:pPr>
              <w:rPr>
                <w:lang w:val="da-DK"/>
              </w:rPr>
            </w:pPr>
            <w:r w:rsidRPr="002A6970">
              <w:rPr>
                <w:color w:val="6B7280"/>
                <w:sz w:val="16"/>
                <w:lang w:val="da-DK"/>
              </w:rPr>
              <w:t>[Hvad er plan B uden slides / lyd?]</w:t>
            </w:r>
          </w:p>
        </w:tc>
        <w:tc>
          <w:tcPr>
            <w:tcW w:w="3715" w:type="dxa"/>
            <w:tcMar>
              <w:top w:w="80" w:type="dxa"/>
              <w:left w:w="80" w:type="dxa"/>
              <w:bottom w:w="80" w:type="dxa"/>
              <w:right w:w="80" w:type="dxa"/>
            </w:tcMar>
          </w:tcPr>
          <w:p w14:paraId="4232BEE0" w14:textId="77777777" w:rsidR="00436CB6" w:rsidRPr="002A6970" w:rsidRDefault="00392156">
            <w:pPr>
              <w:rPr>
                <w:lang w:val="da-DK"/>
              </w:rPr>
            </w:pPr>
            <w:r w:rsidRPr="002A6970">
              <w:rPr>
                <w:color w:val="6B7280"/>
                <w:sz w:val="16"/>
                <w:lang w:val="da-DK"/>
              </w:rPr>
              <w:t>[teknik + arrangør]</w:t>
            </w:r>
          </w:p>
        </w:tc>
        <w:tc>
          <w:tcPr>
            <w:tcW w:w="3711" w:type="dxa"/>
            <w:tcMar>
              <w:top w:w="80" w:type="dxa"/>
              <w:left w:w="80" w:type="dxa"/>
              <w:bottom w:w="80" w:type="dxa"/>
              <w:right w:w="80" w:type="dxa"/>
            </w:tcMar>
          </w:tcPr>
          <w:p w14:paraId="2FD16F1E" w14:textId="77777777" w:rsidR="00436CB6" w:rsidRPr="002A6970" w:rsidRDefault="00392156">
            <w:pPr>
              <w:rPr>
                <w:lang w:val="da-DK"/>
              </w:rPr>
            </w:pPr>
            <w:r w:rsidRPr="002A6970">
              <w:rPr>
                <w:color w:val="6B7280"/>
                <w:sz w:val="16"/>
                <w:lang w:val="da-DK"/>
              </w:rPr>
              <w:t>[plan B]</w:t>
            </w:r>
          </w:p>
        </w:tc>
      </w:tr>
      <w:tr w:rsidR="00436CB6" w:rsidRPr="002A6970" w14:paraId="5F6C5F4F" w14:textId="77777777" w:rsidTr="00556FA4">
        <w:trPr>
          <w:jc w:val="center"/>
        </w:trPr>
        <w:tc>
          <w:tcPr>
            <w:tcW w:w="3706" w:type="dxa"/>
            <w:tcMar>
              <w:top w:w="80" w:type="dxa"/>
              <w:left w:w="80" w:type="dxa"/>
              <w:bottom w:w="80" w:type="dxa"/>
              <w:right w:w="80" w:type="dxa"/>
            </w:tcMar>
          </w:tcPr>
          <w:p w14:paraId="0B1DF01D" w14:textId="77777777" w:rsidR="00436CB6" w:rsidRPr="002A6970" w:rsidRDefault="00392156">
            <w:pPr>
              <w:rPr>
                <w:lang w:val="da-DK"/>
              </w:rPr>
            </w:pPr>
            <w:r w:rsidRPr="002A6970">
              <w:rPr>
                <w:color w:val="000000"/>
                <w:sz w:val="16"/>
                <w:lang w:val="da-DK"/>
              </w:rPr>
              <w:t>Deltager mangler</w:t>
            </w:r>
          </w:p>
        </w:tc>
        <w:tc>
          <w:tcPr>
            <w:tcW w:w="4448" w:type="dxa"/>
            <w:tcMar>
              <w:top w:w="80" w:type="dxa"/>
              <w:left w:w="80" w:type="dxa"/>
              <w:bottom w:w="80" w:type="dxa"/>
              <w:right w:w="80" w:type="dxa"/>
            </w:tcMar>
          </w:tcPr>
          <w:p w14:paraId="16914D9F" w14:textId="77777777" w:rsidR="00436CB6" w:rsidRPr="002A6970" w:rsidRDefault="00392156">
            <w:pPr>
              <w:rPr>
                <w:lang w:val="da-DK"/>
              </w:rPr>
            </w:pPr>
            <w:r w:rsidRPr="002A6970">
              <w:rPr>
                <w:color w:val="6B7280"/>
                <w:sz w:val="16"/>
                <w:lang w:val="da-DK"/>
              </w:rPr>
              <w:t>[Hvordan justeres forløbet?]</w:t>
            </w:r>
          </w:p>
        </w:tc>
        <w:tc>
          <w:tcPr>
            <w:tcW w:w="3715" w:type="dxa"/>
            <w:tcMar>
              <w:top w:w="80" w:type="dxa"/>
              <w:left w:w="80" w:type="dxa"/>
              <w:bottom w:w="80" w:type="dxa"/>
              <w:right w:w="80" w:type="dxa"/>
            </w:tcMar>
          </w:tcPr>
          <w:p w14:paraId="5F5B925E" w14:textId="77777777" w:rsidR="00436CB6" w:rsidRPr="002A6970" w:rsidRDefault="00392156">
            <w:pPr>
              <w:rPr>
                <w:lang w:val="da-DK"/>
              </w:rPr>
            </w:pPr>
            <w:r w:rsidRPr="002A6970">
              <w:rPr>
                <w:color w:val="6B7280"/>
                <w:sz w:val="16"/>
                <w:lang w:val="da-DK"/>
              </w:rPr>
              <w:t>[programarrangør]</w:t>
            </w:r>
          </w:p>
        </w:tc>
        <w:tc>
          <w:tcPr>
            <w:tcW w:w="3711" w:type="dxa"/>
            <w:tcMar>
              <w:top w:w="80" w:type="dxa"/>
              <w:left w:w="80" w:type="dxa"/>
              <w:bottom w:w="80" w:type="dxa"/>
              <w:right w:w="80" w:type="dxa"/>
            </w:tcMar>
          </w:tcPr>
          <w:p w14:paraId="570B1689" w14:textId="77777777" w:rsidR="00436CB6" w:rsidRPr="002A6970" w:rsidRDefault="00392156">
            <w:pPr>
              <w:rPr>
                <w:lang w:val="da-DK"/>
              </w:rPr>
            </w:pPr>
            <w:r w:rsidRPr="002A6970">
              <w:rPr>
                <w:color w:val="6B7280"/>
                <w:sz w:val="16"/>
                <w:lang w:val="da-DK"/>
              </w:rPr>
              <w:t>—</w:t>
            </w:r>
          </w:p>
        </w:tc>
      </w:tr>
    </w:tbl>
    <w:p w14:paraId="3959F3C9" w14:textId="77777777" w:rsidR="00436CB6" w:rsidRPr="002A6970" w:rsidRDefault="00392156">
      <w:pPr>
        <w:pStyle w:val="Overskrift2"/>
        <w:rPr>
          <w:lang w:val="da-DK"/>
        </w:rPr>
      </w:pPr>
      <w:r w:rsidRPr="002A6970">
        <w:rPr>
          <w:lang w:val="da-DK"/>
        </w:rPr>
        <w:t>Sidste tjek før scenestart</w:t>
      </w:r>
    </w:p>
    <w:tbl>
      <w:tblPr>
        <w:tblW w:w="0" w:type="auto"/>
        <w:jc w:val="center"/>
        <w:tblLook w:val="04A0" w:firstRow="1" w:lastRow="0" w:firstColumn="1" w:lastColumn="0" w:noHBand="0" w:noVBand="1"/>
      </w:tblPr>
      <w:tblGrid>
        <w:gridCol w:w="3855"/>
        <w:gridCol w:w="3855"/>
        <w:gridCol w:w="3855"/>
        <w:gridCol w:w="3855"/>
      </w:tblGrid>
      <w:tr w:rsidR="00436CB6" w:rsidRPr="002A6970" w14:paraId="09EF24EF" w14:textId="77777777">
        <w:trPr>
          <w:jc w:val="center"/>
        </w:trPr>
        <w:tc>
          <w:tcPr>
            <w:tcW w:w="3855" w:type="dxa"/>
            <w:shd w:val="clear" w:color="auto" w:fill="F3F4F6"/>
            <w:tcMar>
              <w:top w:w="80" w:type="dxa"/>
              <w:left w:w="80" w:type="dxa"/>
              <w:bottom w:w="80" w:type="dxa"/>
              <w:right w:w="80" w:type="dxa"/>
            </w:tcMar>
          </w:tcPr>
          <w:p w14:paraId="4AEA2A0E" w14:textId="77777777" w:rsidR="00436CB6" w:rsidRPr="002A6970" w:rsidRDefault="00392156">
            <w:pPr>
              <w:spacing w:after="0"/>
              <w:rPr>
                <w:lang w:val="da-DK"/>
              </w:rPr>
            </w:pPr>
            <w:r w:rsidRPr="002A6970">
              <w:rPr>
                <w:color w:val="2F2F38"/>
                <w:sz w:val="16"/>
                <w:lang w:val="da-DK"/>
              </w:rPr>
              <w:t>☐ Deltagere er briefet</w:t>
            </w:r>
          </w:p>
        </w:tc>
        <w:tc>
          <w:tcPr>
            <w:tcW w:w="3855" w:type="dxa"/>
            <w:shd w:val="clear" w:color="auto" w:fill="FFFFFF"/>
            <w:tcMar>
              <w:top w:w="80" w:type="dxa"/>
              <w:left w:w="80" w:type="dxa"/>
              <w:bottom w:w="80" w:type="dxa"/>
              <w:right w:w="80" w:type="dxa"/>
            </w:tcMar>
          </w:tcPr>
          <w:p w14:paraId="145C323B" w14:textId="77777777" w:rsidR="00436CB6" w:rsidRPr="002A6970" w:rsidRDefault="00392156">
            <w:pPr>
              <w:spacing w:after="0"/>
              <w:rPr>
                <w:lang w:val="da-DK"/>
              </w:rPr>
            </w:pPr>
            <w:r w:rsidRPr="002A6970">
              <w:rPr>
                <w:color w:val="2F2F38"/>
                <w:sz w:val="16"/>
                <w:lang w:val="da-DK"/>
              </w:rPr>
              <w:t>☐ Navne og titler er korrekte</w:t>
            </w:r>
          </w:p>
        </w:tc>
        <w:tc>
          <w:tcPr>
            <w:tcW w:w="3855" w:type="dxa"/>
            <w:shd w:val="clear" w:color="auto" w:fill="F3F4F6"/>
            <w:tcMar>
              <w:top w:w="80" w:type="dxa"/>
              <w:left w:w="80" w:type="dxa"/>
              <w:bottom w:w="80" w:type="dxa"/>
              <w:right w:w="80" w:type="dxa"/>
            </w:tcMar>
          </w:tcPr>
          <w:p w14:paraId="2FFFBE6D" w14:textId="77777777" w:rsidR="00436CB6" w:rsidRPr="002A6970" w:rsidRDefault="00392156">
            <w:pPr>
              <w:spacing w:after="0"/>
              <w:rPr>
                <w:lang w:val="da-DK"/>
              </w:rPr>
            </w:pPr>
            <w:r w:rsidRPr="002A6970">
              <w:rPr>
                <w:color w:val="2F2F38"/>
                <w:sz w:val="16"/>
                <w:lang w:val="da-DK"/>
              </w:rPr>
              <w:t>☐ Publikumsinddragelsen er aftalt</w:t>
            </w:r>
          </w:p>
        </w:tc>
        <w:tc>
          <w:tcPr>
            <w:tcW w:w="3855" w:type="dxa"/>
            <w:shd w:val="clear" w:color="auto" w:fill="FFFFFF"/>
            <w:tcMar>
              <w:top w:w="80" w:type="dxa"/>
              <w:left w:w="80" w:type="dxa"/>
              <w:bottom w:w="80" w:type="dxa"/>
              <w:right w:w="80" w:type="dxa"/>
            </w:tcMar>
          </w:tcPr>
          <w:p w14:paraId="01392FE5" w14:textId="77777777" w:rsidR="00436CB6" w:rsidRPr="002A6970" w:rsidRDefault="00392156">
            <w:pPr>
              <w:spacing w:after="0"/>
              <w:rPr>
                <w:lang w:val="da-DK"/>
              </w:rPr>
            </w:pPr>
            <w:r w:rsidRPr="002A6970">
              <w:rPr>
                <w:color w:val="2F2F38"/>
                <w:sz w:val="16"/>
                <w:lang w:val="da-DK"/>
              </w:rPr>
              <w:t>☐ Teknikken er testet</w:t>
            </w:r>
          </w:p>
        </w:tc>
      </w:tr>
      <w:tr w:rsidR="00436CB6" w:rsidRPr="002A6970" w14:paraId="382396EF" w14:textId="77777777">
        <w:trPr>
          <w:jc w:val="center"/>
        </w:trPr>
        <w:tc>
          <w:tcPr>
            <w:tcW w:w="3855" w:type="dxa"/>
            <w:shd w:val="clear" w:color="auto" w:fill="F3F4F6"/>
            <w:tcMar>
              <w:top w:w="80" w:type="dxa"/>
              <w:left w:w="80" w:type="dxa"/>
              <w:bottom w:w="80" w:type="dxa"/>
              <w:right w:w="80" w:type="dxa"/>
            </w:tcMar>
          </w:tcPr>
          <w:p w14:paraId="366895E8" w14:textId="77777777" w:rsidR="00436CB6" w:rsidRPr="002A6970" w:rsidRDefault="00392156">
            <w:pPr>
              <w:spacing w:after="0"/>
              <w:rPr>
                <w:lang w:val="da-DK"/>
              </w:rPr>
            </w:pPr>
            <w:r w:rsidRPr="002A6970">
              <w:rPr>
                <w:color w:val="2F2F38"/>
                <w:sz w:val="16"/>
                <w:lang w:val="da-DK"/>
              </w:rPr>
              <w:t>☐ Sluttid er tydelig</w:t>
            </w:r>
          </w:p>
        </w:tc>
        <w:tc>
          <w:tcPr>
            <w:tcW w:w="3855" w:type="dxa"/>
            <w:shd w:val="clear" w:color="auto" w:fill="FFFFFF"/>
            <w:tcMar>
              <w:top w:w="80" w:type="dxa"/>
              <w:left w:w="80" w:type="dxa"/>
              <w:bottom w:w="80" w:type="dxa"/>
              <w:right w:w="80" w:type="dxa"/>
            </w:tcMar>
          </w:tcPr>
          <w:p w14:paraId="654BA348" w14:textId="77777777" w:rsidR="00436CB6" w:rsidRPr="002A6970" w:rsidRDefault="00392156">
            <w:pPr>
              <w:spacing w:after="0"/>
              <w:rPr>
                <w:lang w:val="da-DK"/>
              </w:rPr>
            </w:pPr>
            <w:r w:rsidRPr="002A6970">
              <w:rPr>
                <w:color w:val="2F2F38"/>
                <w:sz w:val="16"/>
                <w:lang w:val="da-DK"/>
              </w:rPr>
              <w:t>☐ Slides/materialer ligger klar</w:t>
            </w:r>
          </w:p>
        </w:tc>
        <w:tc>
          <w:tcPr>
            <w:tcW w:w="3855" w:type="dxa"/>
            <w:shd w:val="clear" w:color="auto" w:fill="F3F4F6"/>
            <w:tcMar>
              <w:top w:w="80" w:type="dxa"/>
              <w:left w:w="80" w:type="dxa"/>
              <w:bottom w:w="80" w:type="dxa"/>
              <w:right w:w="80" w:type="dxa"/>
            </w:tcMar>
          </w:tcPr>
          <w:p w14:paraId="21C3F9F1" w14:textId="77777777" w:rsidR="00436CB6" w:rsidRPr="002A6970" w:rsidRDefault="00392156">
            <w:pPr>
              <w:spacing w:after="0"/>
              <w:rPr>
                <w:lang w:val="da-DK"/>
              </w:rPr>
            </w:pPr>
            <w:r w:rsidRPr="002A6970">
              <w:rPr>
                <w:color w:val="2F2F38"/>
                <w:sz w:val="16"/>
                <w:lang w:val="da-DK"/>
              </w:rPr>
              <w:t>☐ Plan B er kendt</w:t>
            </w:r>
          </w:p>
        </w:tc>
        <w:tc>
          <w:tcPr>
            <w:tcW w:w="3855" w:type="dxa"/>
            <w:shd w:val="clear" w:color="auto" w:fill="FFFFFF"/>
            <w:tcMar>
              <w:top w:w="80" w:type="dxa"/>
              <w:left w:w="80" w:type="dxa"/>
              <w:bottom w:w="80" w:type="dxa"/>
              <w:right w:w="80" w:type="dxa"/>
            </w:tcMar>
          </w:tcPr>
          <w:p w14:paraId="765864E5" w14:textId="77777777" w:rsidR="00436CB6" w:rsidRPr="002A6970" w:rsidRDefault="00392156">
            <w:pPr>
              <w:spacing w:after="0"/>
              <w:rPr>
                <w:lang w:val="da-DK"/>
              </w:rPr>
            </w:pPr>
            <w:r w:rsidRPr="002A6970">
              <w:rPr>
                <w:color w:val="2F2F38"/>
                <w:sz w:val="16"/>
                <w:lang w:val="da-DK"/>
              </w:rPr>
              <w:t>☐ Handover er aftalt</w:t>
            </w:r>
          </w:p>
        </w:tc>
      </w:tr>
    </w:tbl>
    <w:p w14:paraId="48621E79" w14:textId="0B7A9447" w:rsidR="00436CB6" w:rsidRPr="002A6970" w:rsidRDefault="00436CB6">
      <w:pPr>
        <w:spacing w:before="160" w:after="60"/>
        <w:rPr>
          <w:b/>
          <w:color w:val="2D3D79"/>
          <w:sz w:val="22"/>
          <w:lang w:val="da-DK"/>
        </w:rPr>
      </w:pPr>
    </w:p>
    <w:tbl>
      <w:tblPr>
        <w:tblW w:w="0" w:type="auto"/>
        <w:tblLook w:val="04A0" w:firstRow="1" w:lastRow="0" w:firstColumn="1" w:lastColumn="0" w:noHBand="0" w:noVBand="1"/>
      </w:tblPr>
      <w:tblGrid>
        <w:gridCol w:w="15420"/>
      </w:tblGrid>
      <w:tr w:rsidR="00436CB6" w:rsidRPr="00625CC6" w14:paraId="3659BB39" w14:textId="77777777">
        <w:tc>
          <w:tcPr>
            <w:tcW w:w="15420" w:type="dxa"/>
            <w:shd w:val="clear" w:color="auto" w:fill="ADCA20"/>
            <w:tcMar>
              <w:top w:w="80" w:type="dxa"/>
              <w:left w:w="80" w:type="dxa"/>
              <w:bottom w:w="80" w:type="dxa"/>
              <w:right w:w="80" w:type="dxa"/>
            </w:tcMar>
          </w:tcPr>
          <w:p w14:paraId="4185CFCF" w14:textId="77777777" w:rsidR="00BE22AE" w:rsidRPr="002A6970" w:rsidRDefault="00BE22AE" w:rsidP="00BE22AE">
            <w:pPr>
              <w:spacing w:before="160" w:after="60"/>
              <w:rPr>
                <w:b/>
                <w:color w:val="2D3D79"/>
                <w:sz w:val="22"/>
                <w:lang w:val="da-DK"/>
              </w:rPr>
            </w:pPr>
            <w:r w:rsidRPr="002A6970">
              <w:rPr>
                <w:b/>
                <w:color w:val="2D3D79"/>
                <w:sz w:val="22"/>
                <w:lang w:val="da-DK"/>
              </w:rPr>
              <w:t>Naturmødets vision</w:t>
            </w:r>
          </w:p>
          <w:p w14:paraId="7737E504" w14:textId="32629854" w:rsidR="00436CB6" w:rsidRPr="002A6970" w:rsidRDefault="00BE22AE" w:rsidP="00BE22AE">
            <w:pPr>
              <w:spacing w:before="160" w:after="60"/>
              <w:rPr>
                <w:bCs/>
                <w:i/>
                <w:iCs/>
                <w:color w:val="2D3D79"/>
                <w:sz w:val="22"/>
                <w:lang w:val="da-DK"/>
              </w:rPr>
            </w:pPr>
            <w:r w:rsidRPr="002A6970">
              <w:rPr>
                <w:bCs/>
                <w:i/>
                <w:iCs/>
                <w:color w:val="2D3D79"/>
                <w:sz w:val="22"/>
                <w:lang w:val="da-DK"/>
              </w:rPr>
              <w:t>Naturmødet er det vigtigste møde for verden. Vi sætter barren højt naturfagligt og oplevelsesmæssigt. Vi vil engagere, give viden, vække følelser og sikre at alle, der deltager på Naturmødet går transformeret derfra med ny viden og inspiration til at gøre en forskel for naturen.</w:t>
            </w:r>
          </w:p>
        </w:tc>
      </w:tr>
    </w:tbl>
    <w:p w14:paraId="2B703B6C" w14:textId="77777777" w:rsidR="00392156" w:rsidRPr="002A6970" w:rsidRDefault="00392156">
      <w:pPr>
        <w:rPr>
          <w:lang w:val="da-DK"/>
        </w:rPr>
      </w:pPr>
    </w:p>
    <w:sectPr w:rsidR="00392156" w:rsidRPr="002A6970" w:rsidSect="00034616">
      <w:headerReference w:type="default" r:id="rId10"/>
      <w:footerReference w:type="default" r:id="rId11"/>
      <w:footerReference w:type="first" r:id="rId12"/>
      <w:pgSz w:w="16838" w:h="11906" w:orient="landscape"/>
      <w:pgMar w:top="709" w:right="709" w:bottom="652" w:left="709" w:header="255"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18A6B" w14:textId="77777777" w:rsidR="00936462" w:rsidRDefault="00936462">
      <w:pPr>
        <w:spacing w:after="0" w:line="240" w:lineRule="auto"/>
      </w:pPr>
      <w:r>
        <w:separator/>
      </w:r>
    </w:p>
  </w:endnote>
  <w:endnote w:type="continuationSeparator" w:id="0">
    <w:p w14:paraId="50393084" w14:textId="77777777" w:rsidR="00936462" w:rsidRDefault="00936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384604"/>
      <w:docPartObj>
        <w:docPartGallery w:val="Page Numbers (Bottom of Page)"/>
        <w:docPartUnique/>
      </w:docPartObj>
    </w:sdtPr>
    <w:sdtContent>
      <w:p w14:paraId="1A838EF7" w14:textId="35CBBB3F" w:rsidR="00E26F90" w:rsidRDefault="00E26F90">
        <w:pPr>
          <w:pStyle w:val="Sidefod"/>
          <w:jc w:val="center"/>
        </w:pPr>
        <w:r>
          <w:fldChar w:fldCharType="begin"/>
        </w:r>
        <w:r>
          <w:instrText>PAGE   \* MERGEFORMAT</w:instrText>
        </w:r>
        <w:r>
          <w:fldChar w:fldCharType="separate"/>
        </w:r>
        <w:r>
          <w:rPr>
            <w:lang w:val="da-DK"/>
          </w:rPr>
          <w:t>2</w:t>
        </w:r>
        <w:r>
          <w:fldChar w:fldCharType="end"/>
        </w:r>
      </w:p>
    </w:sdtContent>
  </w:sdt>
  <w:p w14:paraId="00B6DDCE" w14:textId="588C541C" w:rsidR="00436CB6" w:rsidRPr="00CC36C6" w:rsidRDefault="00436CB6">
    <w:pPr>
      <w:pStyle w:val="Sidefod"/>
      <w:jc w:val="right"/>
      <w:rPr>
        <w:lang w:val="da-D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648400"/>
      <w:docPartObj>
        <w:docPartGallery w:val="Page Numbers (Bottom of Page)"/>
        <w:docPartUnique/>
      </w:docPartObj>
    </w:sdtPr>
    <w:sdtContent>
      <w:p w14:paraId="1899E007" w14:textId="268E4CB5" w:rsidR="007D363B" w:rsidRDefault="007D363B">
        <w:pPr>
          <w:pStyle w:val="Sidefod"/>
          <w:jc w:val="center"/>
        </w:pPr>
        <w:r>
          <w:fldChar w:fldCharType="begin"/>
        </w:r>
        <w:r>
          <w:instrText>PAGE   \* MERGEFORMAT</w:instrText>
        </w:r>
        <w:r>
          <w:fldChar w:fldCharType="separate"/>
        </w:r>
        <w:r>
          <w:rPr>
            <w:lang w:val="da-DK"/>
          </w:rPr>
          <w:t>2</w:t>
        </w:r>
        <w:r>
          <w:fldChar w:fldCharType="end"/>
        </w:r>
      </w:p>
    </w:sdtContent>
  </w:sdt>
  <w:p w14:paraId="5C504046" w14:textId="77777777" w:rsidR="007D363B" w:rsidRDefault="007D363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3005C" w14:textId="77777777" w:rsidR="00936462" w:rsidRDefault="00936462">
      <w:pPr>
        <w:spacing w:after="0" w:line="240" w:lineRule="auto"/>
      </w:pPr>
      <w:r>
        <w:separator/>
      </w:r>
    </w:p>
  </w:footnote>
  <w:footnote w:type="continuationSeparator" w:id="0">
    <w:p w14:paraId="04B024A9" w14:textId="77777777" w:rsidR="00936462" w:rsidRDefault="009364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9E32" w14:textId="77777777" w:rsidR="00436CB6" w:rsidRDefault="00436CB6">
    <w:pPr>
      <w:pStyle w:val="Sidehoved"/>
    </w:pPr>
  </w:p>
  <w:tbl>
    <w:tblPr>
      <w:tblW w:w="0" w:type="auto"/>
      <w:jc w:val="center"/>
      <w:tblLook w:val="04A0" w:firstRow="1" w:lastRow="0" w:firstColumn="1" w:lastColumn="0" w:noHBand="0" w:noVBand="1"/>
    </w:tblPr>
    <w:tblGrid>
      <w:gridCol w:w="7694"/>
      <w:gridCol w:w="7726"/>
    </w:tblGrid>
    <w:tr w:rsidR="00436CB6" w14:paraId="7BEC0C5F" w14:textId="77777777">
      <w:trPr>
        <w:jc w:val="center"/>
      </w:trPr>
      <w:tc>
        <w:tcPr>
          <w:tcW w:w="7852" w:type="dxa"/>
          <w:tcMar>
            <w:top w:w="0" w:type="dxa"/>
            <w:left w:w="0" w:type="dxa"/>
            <w:bottom w:w="0" w:type="dxa"/>
            <w:right w:w="0" w:type="dxa"/>
          </w:tcMar>
        </w:tcPr>
        <w:p w14:paraId="3AECD2C2" w14:textId="77777777" w:rsidR="00436CB6" w:rsidRDefault="00392156">
          <w:pPr>
            <w:spacing w:after="0"/>
          </w:pPr>
          <w:r>
            <w:rPr>
              <w:b/>
              <w:color w:val="2D3D79"/>
              <w:sz w:val="17"/>
            </w:rPr>
            <w:t>LEARN  |  DREJEBOG</w:t>
          </w:r>
        </w:p>
      </w:tc>
      <w:tc>
        <w:tcPr>
          <w:tcW w:w="7852" w:type="dxa"/>
          <w:tcMar>
            <w:top w:w="0" w:type="dxa"/>
            <w:left w:w="0" w:type="dxa"/>
            <w:bottom w:w="0" w:type="dxa"/>
            <w:right w:w="0" w:type="dxa"/>
          </w:tcMar>
        </w:tcPr>
        <w:p w14:paraId="3019DB5F" w14:textId="77777777" w:rsidR="00F364F4" w:rsidRDefault="00F364F4">
          <w:pPr>
            <w:jc w:val="right"/>
            <w:rPr>
              <w:noProof/>
            </w:rPr>
          </w:pPr>
        </w:p>
        <w:p w14:paraId="2A5E3A37" w14:textId="2FD8ED71" w:rsidR="00436CB6" w:rsidRDefault="00392156">
          <w:pPr>
            <w:jc w:val="right"/>
          </w:pPr>
          <w:r>
            <w:rPr>
              <w:noProof/>
            </w:rPr>
            <w:drawing>
              <wp:inline distT="0" distB="0" distL="0" distR="0" wp14:anchorId="59FF534B" wp14:editId="422F68EC">
                <wp:extent cx="1474843" cy="647700"/>
                <wp:effectExtent l="0" t="0" r="0" b="0"/>
                <wp:docPr id="230805127" name="Picture 1">
                  <a:extLst xmlns:a="http://schemas.openxmlformats.org/drawingml/2006/main">
                    <a:ext uri="{FF2B5EF4-FFF2-40B4-BE49-F238E27FC236}">
                      <a16:creationId xmlns:a16="http://schemas.microsoft.com/office/drawing/2014/main" id="{9B211984-39F9-40DA-BEDF-25F355089E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ato blgrn26.png"/>
                        <pic:cNvPicPr/>
                      </pic:nvPicPr>
                      <pic:blipFill rotWithShape="1">
                        <a:blip r:embed="rId1"/>
                        <a:srcRect b="17208"/>
                        <a:stretch>
                          <a:fillRect/>
                        </a:stretch>
                      </pic:blipFill>
                      <pic:spPr bwMode="auto">
                        <a:xfrm>
                          <a:off x="0" y="0"/>
                          <a:ext cx="1475999" cy="648208"/>
                        </a:xfrm>
                        <a:prstGeom prst="rect">
                          <a:avLst/>
                        </a:prstGeom>
                        <a:ln>
                          <a:noFill/>
                        </a:ln>
                        <a:extLst>
                          <a:ext uri="{53640926-AAD7-44D8-BBD7-CCE9431645EC}">
                            <a14:shadowObscured xmlns:a14="http://schemas.microsoft.com/office/drawing/2010/main"/>
                          </a:ext>
                        </a:extLst>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248198773">
    <w:abstractNumId w:val="3"/>
  </w:num>
  <w:num w:numId="2" w16cid:durableId="127555976">
    <w:abstractNumId w:val="5"/>
  </w:num>
  <w:num w:numId="3" w16cid:durableId="1510634477">
    <w:abstractNumId w:val="1"/>
  </w:num>
  <w:num w:numId="4" w16cid:durableId="1577010909">
    <w:abstractNumId w:val="7"/>
  </w:num>
  <w:num w:numId="5" w16cid:durableId="198051762">
    <w:abstractNumId w:val="6"/>
  </w:num>
  <w:num w:numId="6" w16cid:durableId="2066444942">
    <w:abstractNumId w:val="4"/>
  </w:num>
  <w:num w:numId="7" w16cid:durableId="357505765">
    <w:abstractNumId w:val="0"/>
  </w:num>
  <w:num w:numId="8" w16cid:durableId="714544780">
    <w:abstractNumId w:val="2"/>
  </w:num>
  <w:num w:numId="9" w16cid:durableId="8638326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042F"/>
    <w:rsid w:val="0015074B"/>
    <w:rsid w:val="00164EAD"/>
    <w:rsid w:val="001A3FA8"/>
    <w:rsid w:val="0029639D"/>
    <w:rsid w:val="002A6366"/>
    <w:rsid w:val="002A6970"/>
    <w:rsid w:val="002F4B4A"/>
    <w:rsid w:val="00326F90"/>
    <w:rsid w:val="00392156"/>
    <w:rsid w:val="00436CB6"/>
    <w:rsid w:val="00441A3B"/>
    <w:rsid w:val="00465AD9"/>
    <w:rsid w:val="004C3F97"/>
    <w:rsid w:val="00516D44"/>
    <w:rsid w:val="00556FA4"/>
    <w:rsid w:val="005E204A"/>
    <w:rsid w:val="00625CC6"/>
    <w:rsid w:val="00695098"/>
    <w:rsid w:val="006C5A11"/>
    <w:rsid w:val="006D5AF7"/>
    <w:rsid w:val="0073282F"/>
    <w:rsid w:val="00783513"/>
    <w:rsid w:val="007C7721"/>
    <w:rsid w:val="007D363B"/>
    <w:rsid w:val="00862EDF"/>
    <w:rsid w:val="008B47C1"/>
    <w:rsid w:val="008F78F1"/>
    <w:rsid w:val="00936462"/>
    <w:rsid w:val="00A42412"/>
    <w:rsid w:val="00A92A65"/>
    <w:rsid w:val="00AA1D8D"/>
    <w:rsid w:val="00AF38EB"/>
    <w:rsid w:val="00B47730"/>
    <w:rsid w:val="00B7113A"/>
    <w:rsid w:val="00B86D1D"/>
    <w:rsid w:val="00B961EB"/>
    <w:rsid w:val="00BE22AE"/>
    <w:rsid w:val="00C05711"/>
    <w:rsid w:val="00C07F19"/>
    <w:rsid w:val="00C1383B"/>
    <w:rsid w:val="00C57CD8"/>
    <w:rsid w:val="00C66DA2"/>
    <w:rsid w:val="00CB0664"/>
    <w:rsid w:val="00CB11C2"/>
    <w:rsid w:val="00CC36C6"/>
    <w:rsid w:val="00D918FD"/>
    <w:rsid w:val="00DE13CA"/>
    <w:rsid w:val="00E26F90"/>
    <w:rsid w:val="00E323B6"/>
    <w:rsid w:val="00EC2081"/>
    <w:rsid w:val="00ED5FC6"/>
    <w:rsid w:val="00EE593A"/>
    <w:rsid w:val="00F2651F"/>
    <w:rsid w:val="00F364F4"/>
    <w:rsid w:val="00F61F7A"/>
    <w:rsid w:val="00FA4825"/>
    <w:rsid w:val="00FC693F"/>
    <w:rsid w:val="5A2EEB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11D115"/>
  <w14:defaultImageDpi w14:val="300"/>
  <w15:docId w15:val="{666020DD-BD57-48E3-85FC-22A2C97DF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2D3D79"/>
      <w:sz w:val="42"/>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2D3D79"/>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9"/>
      </w:numPr>
      <w:contextualSpacing/>
    </w:pPr>
  </w:style>
  <w:style w:type="paragraph" w:styleId="Opstilling-punkttegn2">
    <w:name w:val="List Bullet 2"/>
    <w:basedOn w:val="Normal"/>
    <w:uiPriority w:val="99"/>
    <w:unhideWhenUsed/>
    <w:rsid w:val="00326F90"/>
    <w:pPr>
      <w:numPr>
        <w:numId w:val="5"/>
      </w:numPr>
      <w:contextualSpacing/>
    </w:pPr>
  </w:style>
  <w:style w:type="paragraph" w:styleId="Opstilling-punkttegn3">
    <w:name w:val="List Bullet 3"/>
    <w:basedOn w:val="Normal"/>
    <w:uiPriority w:val="99"/>
    <w:unhideWhenUsed/>
    <w:rsid w:val="00326F90"/>
    <w:pPr>
      <w:numPr>
        <w:numId w:val="2"/>
      </w:numPr>
      <w:contextualSpacing/>
    </w:pPr>
  </w:style>
  <w:style w:type="paragraph" w:styleId="Opstilling-talellerbogst">
    <w:name w:val="List Number"/>
    <w:basedOn w:val="Normal"/>
    <w:uiPriority w:val="99"/>
    <w:unhideWhenUsed/>
    <w:rsid w:val="00326F90"/>
    <w:pPr>
      <w:numPr>
        <w:numId w:val="4"/>
      </w:numPr>
      <w:contextualSpacing/>
    </w:pPr>
  </w:style>
  <w:style w:type="paragraph" w:styleId="Opstilling-talellerbogst2">
    <w:name w:val="List Number 2"/>
    <w:basedOn w:val="Normal"/>
    <w:uiPriority w:val="99"/>
    <w:unhideWhenUsed/>
    <w:rsid w:val="0029639D"/>
    <w:pPr>
      <w:numPr>
        <w:numId w:val="1"/>
      </w:numPr>
      <w:contextualSpacing/>
    </w:pPr>
  </w:style>
  <w:style w:type="paragraph" w:styleId="Opstilling-talellerbogst3">
    <w:name w:val="List Number 3"/>
    <w:basedOn w:val="Normal"/>
    <w:uiPriority w:val="99"/>
    <w:unhideWhenUsed/>
    <w:rsid w:val="0029639D"/>
    <w:pPr>
      <w:numPr>
        <w:numId w:val="8"/>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d3bc1c-4c0b-4151-bfcc-caa53ef6e927">
      <Terms xmlns="http://schemas.microsoft.com/office/infopath/2007/PartnerControls"/>
    </lcf76f155ced4ddcb4097134ff3c332f>
    <Seneste_Journalisering_SBSYSJournalisering xmlns="9dd3bc1c-4c0b-4151-bfcc-caa53ef6e927" xsi:nil="true"/>
    <Tidligere_Journaliseret_SBSYSJournalisering xmlns="9dd3bc1c-4c0b-4151-bfcc-caa53ef6e927" xsi:nil="true"/>
    <KLIK_IKKE_JournaliseredeSager_SBSYSJournalisering xmlns="9dd3bc1c-4c0b-4151-bfcc-caa53ef6e927" xsi:nil="true"/>
    <TaxCatchAll xmlns="6145afb6-c473-459a-8412-8918cff16103"/>
    <KLIK_IKKE_JournaliseringsTidspunkter_SBSYSJournalisering xmlns="9dd3bc1c-4c0b-4151-bfcc-caa53ef6e927" xsi:nil="true"/>
    <sdfsdf_x0020_ xmlns="9dd3bc1c-4c0b-4151-bfcc-caa53ef6e92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E121D6D20B4D343B68B5ED46D45B8CB" ma:contentTypeVersion="24" ma:contentTypeDescription="Opret et nyt dokument." ma:contentTypeScope="" ma:versionID="278906ffa300e22a2509f1e57e50e63c">
  <xsd:schema xmlns:xsd="http://www.w3.org/2001/XMLSchema" xmlns:xs="http://www.w3.org/2001/XMLSchema" xmlns:p="http://schemas.microsoft.com/office/2006/metadata/properties" xmlns:ns2="9dd3bc1c-4c0b-4151-bfcc-caa53ef6e927" xmlns:ns3="6145afb6-c473-459a-8412-8918cff16103" targetNamespace="http://schemas.microsoft.com/office/2006/metadata/properties" ma:root="true" ma:fieldsID="ebf162e10f04cdba464297796904faf8" ns2:_="" ns3:_="">
    <xsd:import namespace="9dd3bc1c-4c0b-4151-bfcc-caa53ef6e927"/>
    <xsd:import namespace="6145afb6-c473-459a-8412-8918cff1610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Tidligere_Journaliseret_SBSYSJournalisering" minOccurs="0"/>
                <xsd:element ref="ns2:Seneste_Journalisering_SBSYSJournalisering" minOccurs="0"/>
                <xsd:element ref="ns2:KLIK_IKKE_JournaliseredeSager_SBSYSJournalisering" minOccurs="0"/>
                <xsd:element ref="ns2:KLIK_IKKE_JournaliseringsTidspunkter_SBSYSJournalisering" minOccurs="0"/>
                <xsd:element ref="ns2:MediaServiceObjectDetectorVersions" minOccurs="0"/>
                <xsd:element ref="ns2:MediaServiceSearchProperties" minOccurs="0"/>
                <xsd:element ref="ns2:MediaServiceBillingMetadata" minOccurs="0"/>
                <xsd:element ref="ns2:sdfsdf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d3bc1c-4c0b-4151-bfcc-caa53ef6e9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fd8b7232-3447-4015-8c29-860061c6a390" ma:termSetId="09814cd3-568e-fe90-9814-8d621ff8fb84" ma:anchorId="fba54fb3-c3e1-fe81-a776-ca4b69148c4d" ma:open="true" ma:isKeyword="false">
      <xsd:complexType>
        <xsd:sequence>
          <xsd:element ref="pc:Terms" minOccurs="0" maxOccurs="1"/>
        </xsd:sequence>
      </xsd:complexType>
    </xsd:element>
    <xsd:element name="Tidligere_Journaliseret_SBSYSJournalisering" ma:index="24" nillable="true" ma:displayName="Tidligere_Journaliseret_SBSYSJournalisering" ma:description="Boolsk værdi om filen tidligere er blevet journaliseret" ma:hidden="true" ma:internalName="Tidligere_Journaliseret_SBSYSJournalisering" ma:readOnly="false">
      <xsd:simpleType>
        <xsd:restriction base="dms:Boolean"/>
      </xsd:simpleType>
    </xsd:element>
    <xsd:element name="Seneste_Journalisering_SBSYSJournalisering" ma:index="25" nillable="true" ma:displayName="Seneste_Journalisering_SBSYSJournalisering" ma:description="Dato og tidspunkt for den seneste journalisering. " ma:format="DateTime" ma:hidden="true" ma:internalName="Seneste_Journalisering_SBSYSJournalisering" ma:readOnly="false">
      <xsd:simpleType>
        <xsd:restriction base="dms:DateTime"/>
      </xsd:simpleType>
    </xsd:element>
    <xsd:element name="KLIK_IKKE_JournaliseredeSager_SBSYSJournalisering" ma:index="26" nillable="true" ma:displayName="KLIK_IKKE_JournaliseredeSager_SBSYSJournalisering" ma:description="Liste med sagsnumre for journalisering" ma:hidden="true" ma:internalName="KLIK_IKKE_JournaliseredeSager_SBSYSJournalisering" ma:readOnly="false">
      <xsd:simpleType>
        <xsd:restriction base="dms:Note"/>
      </xsd:simpleType>
    </xsd:element>
    <xsd:element name="KLIK_IKKE_JournaliseringsTidspunkter_SBSYSJournalisering" ma:index="27" nillable="true" ma:displayName="KLIK_IKKE_JournaliseringsTidspunkter_SBSYSJournalisering" ma:description="Liste med tidspunbter for journalisering" ma:hidden="true" ma:internalName="KLIK_IKKE_JournaliseringsTidspunkter_SBSYSJournalisering" ma:readOnly="fals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sdfsdf_x0020_" ma:index="31" nillable="true" ma:displayName="sdfsdf " ma:internalName="sdfsdf_x0020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45afb6-c473-459a-8412-8918cff16103"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b3fede51-6019-43f1-9ab0-4127bc0f6831}" ma:internalName="TaxCatchAll" ma:showField="CatchAllData" ma:web="6145afb6-c473-459a-8412-8918cff161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B5EF37-7C17-4B33-8ED8-85B81CED61EC}">
  <ds:schemaRefs>
    <ds:schemaRef ds:uri="http://schemas.microsoft.com/office/2006/metadata/properties"/>
    <ds:schemaRef ds:uri="http://schemas.microsoft.com/office/infopath/2007/PartnerControls"/>
    <ds:schemaRef ds:uri="9dd3bc1c-4c0b-4151-bfcc-caa53ef6e927"/>
    <ds:schemaRef ds:uri="6145afb6-c473-459a-8412-8918cff16103"/>
  </ds:schemaRefs>
</ds:datastoreItem>
</file>

<file path=customXml/itemProps2.xml><?xml version="1.0" encoding="utf-8"?>
<ds:datastoreItem xmlns:ds="http://schemas.openxmlformats.org/officeDocument/2006/customXml" ds:itemID="{3C569646-1DBC-4A10-98A1-6D592F2A5544}">
  <ds:schemaRefs>
    <ds:schemaRef ds:uri="http://schemas.microsoft.com/sharepoint/v3/contenttype/forms"/>
  </ds:schemaRefs>
</ds:datastoreItem>
</file>

<file path=customXml/itemProps3.xml><?xml version="1.0" encoding="utf-8"?>
<ds:datastoreItem xmlns:ds="http://schemas.openxmlformats.org/officeDocument/2006/customXml" ds:itemID="{7943D54D-8F8F-42F0-9ACB-685D80486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d3bc1c-4c0b-4151-bfcc-caa53ef6e927"/>
    <ds:schemaRef ds:uri="6145afb6-c473-459a-8412-8918cff16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580</Words>
  <Characters>3390</Characters>
  <Application>Microsoft Office Word</Application>
  <DocSecurity>0</DocSecurity>
  <Lines>199</Lines>
  <Paragraphs>158</Paragraphs>
  <ScaleCrop>false</ScaleCrop>
  <Manager/>
  <Company/>
  <LinksUpToDate>false</LinksUpToDate>
  <CharactersWithSpaces>3812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Jacob Nedergaard</cp:lastModifiedBy>
  <cp:revision>10</cp:revision>
  <dcterms:created xsi:type="dcterms:W3CDTF">2026-09-23T13:14:00Z</dcterms:created>
  <dcterms:modified xsi:type="dcterms:W3CDTF">2026-10-05T10:53:00Z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0x010100EE121D6D20B4D343B68B5ED46D45B8CB</vt:lpwstr>
  </property>
  <property fmtid="{D5CDD505-2E9C-101B-9397-08002B2CF9AE}" pid="3" name="MediaServiceImageTags">
    <vt:lpwstr/>
  </property>
</Properties>
</file>