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jc w:val="center"/>
        <w:tblLook w:val="04A0" w:firstRow="1" w:lastRow="0" w:firstColumn="1" w:lastColumn="0" w:noHBand="0" w:noVBand="1"/>
      </w:tblPr>
      <w:tblGrid>
        <w:gridCol w:w="3855"/>
        <w:gridCol w:w="3855"/>
        <w:gridCol w:w="3855"/>
        <w:gridCol w:w="3855"/>
      </w:tblGrid>
      <w:tr w:rsidR="00436CB6" w:rsidRPr="00531554" w14:paraId="00983B4F" w14:textId="77777777">
        <w:trPr>
          <w:jc w:val="center"/>
        </w:trPr>
        <w:tc>
          <w:tcPr>
            <w:tcW w:w="3855" w:type="dxa"/>
            <w:shd w:val="clear" w:color="auto" w:fill="2D3D79"/>
            <w:tcMar>
              <w:top w:w="80" w:type="dxa"/>
              <w:left w:w="80" w:type="dxa"/>
              <w:bottom w:w="80" w:type="dxa"/>
              <w:right w:w="80" w:type="dxa"/>
            </w:tcMar>
          </w:tcPr>
          <w:p w14:paraId="30C431A5" w14:textId="2AB3605B" w:rsidR="00436CB6" w:rsidRPr="00531554" w:rsidRDefault="00392156">
            <w:pPr>
              <w:spacing w:after="0"/>
              <w:rPr>
                <w:lang w:val="da-DK"/>
              </w:rPr>
            </w:pPr>
            <w:r w:rsidRPr="00531554">
              <w:rPr>
                <w:b/>
                <w:color w:val="FFFFFF"/>
                <w:sz w:val="26"/>
                <w:lang w:val="da-DK"/>
              </w:rPr>
              <w:t>NATURMØDET, Hirtshals 202</w:t>
            </w:r>
            <w:r w:rsidR="00F364F4" w:rsidRPr="00531554">
              <w:rPr>
                <w:b/>
                <w:color w:val="FFFFFF"/>
                <w:sz w:val="26"/>
                <w:lang w:val="da-DK"/>
              </w:rPr>
              <w:t>7</w:t>
            </w:r>
          </w:p>
        </w:tc>
        <w:tc>
          <w:tcPr>
            <w:tcW w:w="3855" w:type="dxa"/>
            <w:shd w:val="clear" w:color="auto" w:fill="2D3D79"/>
            <w:tcMar>
              <w:top w:w="80" w:type="dxa"/>
              <w:left w:w="80" w:type="dxa"/>
              <w:bottom w:w="80" w:type="dxa"/>
              <w:right w:w="80" w:type="dxa"/>
            </w:tcMar>
          </w:tcPr>
          <w:p w14:paraId="71B1595C" w14:textId="77777777" w:rsidR="00436CB6" w:rsidRPr="00531554" w:rsidRDefault="00436CB6">
            <w:pPr>
              <w:spacing w:after="0"/>
              <w:rPr>
                <w:lang w:val="da-DK"/>
              </w:rPr>
            </w:pPr>
          </w:p>
        </w:tc>
        <w:tc>
          <w:tcPr>
            <w:tcW w:w="3855" w:type="dxa"/>
            <w:shd w:val="clear" w:color="auto" w:fill="43B39F"/>
            <w:tcMar>
              <w:top w:w="80" w:type="dxa"/>
              <w:left w:w="80" w:type="dxa"/>
              <w:bottom w:w="80" w:type="dxa"/>
              <w:right w:w="80" w:type="dxa"/>
            </w:tcMar>
          </w:tcPr>
          <w:p w14:paraId="3BBE1722" w14:textId="77777777" w:rsidR="00436CB6" w:rsidRPr="00531554" w:rsidRDefault="00436CB6">
            <w:pPr>
              <w:spacing w:after="0"/>
              <w:rPr>
                <w:lang w:val="da-DK"/>
              </w:rPr>
            </w:pPr>
          </w:p>
        </w:tc>
        <w:tc>
          <w:tcPr>
            <w:tcW w:w="3855" w:type="dxa"/>
            <w:shd w:val="clear" w:color="auto" w:fill="ADCA20"/>
            <w:tcMar>
              <w:top w:w="80" w:type="dxa"/>
              <w:left w:w="80" w:type="dxa"/>
              <w:bottom w:w="80" w:type="dxa"/>
              <w:right w:w="80" w:type="dxa"/>
            </w:tcMar>
          </w:tcPr>
          <w:p w14:paraId="068A3ECF" w14:textId="77777777" w:rsidR="00436CB6" w:rsidRPr="00531554" w:rsidRDefault="00436CB6">
            <w:pPr>
              <w:spacing w:after="0"/>
              <w:rPr>
                <w:lang w:val="da-DK"/>
              </w:rPr>
            </w:pPr>
          </w:p>
        </w:tc>
      </w:tr>
    </w:tbl>
    <w:p w14:paraId="6B27EA56" w14:textId="77777777" w:rsidR="00436CB6" w:rsidRPr="00531554" w:rsidRDefault="00436CB6">
      <w:pPr>
        <w:spacing w:after="40"/>
        <w:rPr>
          <w:lang w:val="da-DK"/>
        </w:rPr>
      </w:pPr>
    </w:p>
    <w:p w14:paraId="7555DEA0" w14:textId="3A44B995" w:rsidR="00436CB6" w:rsidRPr="00531554" w:rsidRDefault="001F4DA5">
      <w:pPr>
        <w:spacing w:after="80"/>
        <w:jc w:val="center"/>
        <w:rPr>
          <w:lang w:val="da-DK"/>
        </w:rPr>
      </w:pPr>
      <w:r w:rsidRPr="00531554">
        <w:rPr>
          <w:noProof/>
          <w:lang w:val="da-DK"/>
        </w:rPr>
        <w:drawing>
          <wp:anchor distT="0" distB="0" distL="114300" distR="114300" simplePos="0" relativeHeight="251658240" behindDoc="0" locked="0" layoutInCell="1" allowOverlap="1" wp14:anchorId="4D2D4A50" wp14:editId="0F76521F">
            <wp:simplePos x="0" y="0"/>
            <wp:positionH relativeFrom="column">
              <wp:posOffset>6984</wp:posOffset>
            </wp:positionH>
            <wp:positionV relativeFrom="paragraph">
              <wp:posOffset>15875</wp:posOffset>
            </wp:positionV>
            <wp:extent cx="2862931" cy="1257300"/>
            <wp:effectExtent l="0" t="0" r="0" b="0"/>
            <wp:wrapNone/>
            <wp:docPr id="1911275301" name="Logo dato blgrn26.png">
              <a:extLst xmlns:a="http://schemas.openxmlformats.org/drawingml/2006/main">
                <a:ext uri="{FF2B5EF4-FFF2-40B4-BE49-F238E27FC236}">
                  <a16:creationId xmlns:a16="http://schemas.microsoft.com/office/drawing/2014/main" id="{35160DB5-3FBC-42F4-A475-2025B5DB43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75301" name="Logo dato blgrn26.png"/>
                    <pic:cNvPicPr/>
                  </pic:nvPicPr>
                  <pic:blipFill rotWithShape="1">
                    <a:blip r:embed="rId10"/>
                    <a:srcRect b="17208"/>
                    <a:stretch>
                      <a:fillRect/>
                    </a:stretch>
                  </pic:blipFill>
                  <pic:spPr bwMode="auto">
                    <a:xfrm>
                      <a:off x="0" y="0"/>
                      <a:ext cx="2867530" cy="1259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4A8F64" w14:textId="340B5C1C" w:rsidR="00436CB6" w:rsidRPr="00531554" w:rsidRDefault="00392156">
      <w:pPr>
        <w:spacing w:after="0"/>
        <w:jc w:val="right"/>
        <w:rPr>
          <w:lang w:val="da-DK"/>
        </w:rPr>
      </w:pPr>
      <w:r w:rsidRPr="00531554">
        <w:rPr>
          <w:b/>
          <w:color w:val="2D3D79"/>
          <w:sz w:val="70"/>
          <w:lang w:val="da-DK"/>
        </w:rPr>
        <w:t>DREJEBOG</w:t>
      </w:r>
    </w:p>
    <w:p w14:paraId="196BE57E" w14:textId="5875CCF5" w:rsidR="00436CB6" w:rsidRPr="00531554" w:rsidRDefault="00392156">
      <w:pPr>
        <w:spacing w:after="0"/>
        <w:jc w:val="right"/>
        <w:rPr>
          <w:lang w:val="da-DK"/>
        </w:rPr>
      </w:pPr>
      <w:r w:rsidRPr="00531554">
        <w:rPr>
          <w:b/>
          <w:color w:val="2F2F38"/>
          <w:sz w:val="48"/>
          <w:lang w:val="da-DK"/>
        </w:rPr>
        <w:t>THUNDERDOME</w:t>
      </w:r>
    </w:p>
    <w:p w14:paraId="5B4FD77B" w14:textId="4E5D656C" w:rsidR="00436CB6" w:rsidRPr="00531554" w:rsidRDefault="00392156">
      <w:pPr>
        <w:spacing w:after="100"/>
        <w:jc w:val="right"/>
        <w:rPr>
          <w:lang w:val="da-DK"/>
        </w:rPr>
      </w:pPr>
      <w:r w:rsidRPr="00531554">
        <w:rPr>
          <w:color w:val="2D3D79"/>
          <w:sz w:val="32"/>
          <w:lang w:val="da-DK"/>
        </w:rPr>
        <w:t>Naturmødet 202</w:t>
      </w:r>
      <w:r w:rsidR="00556FA4" w:rsidRPr="00531554">
        <w:rPr>
          <w:color w:val="2D3D79"/>
          <w:sz w:val="32"/>
          <w:lang w:val="da-DK"/>
        </w:rPr>
        <w:t>7</w:t>
      </w:r>
    </w:p>
    <w:tbl>
      <w:tblPr>
        <w:tblStyle w:val="TableNormal"/>
        <w:tblW w:w="0" w:type="auto"/>
        <w:jc w:val="right"/>
        <w:tblLook w:val="04A0" w:firstRow="1" w:lastRow="0" w:firstColumn="1" w:lastColumn="0" w:noHBand="0" w:noVBand="1"/>
      </w:tblPr>
      <w:tblGrid>
        <w:gridCol w:w="5140"/>
        <w:gridCol w:w="5140"/>
        <w:gridCol w:w="5140"/>
      </w:tblGrid>
      <w:tr w:rsidR="00436CB6" w:rsidRPr="00531554" w14:paraId="21BA67D2" w14:textId="77777777">
        <w:trPr>
          <w:jc w:val="right"/>
        </w:trPr>
        <w:tc>
          <w:tcPr>
            <w:tcW w:w="5140" w:type="dxa"/>
            <w:shd w:val="clear" w:color="auto" w:fill="ADCA20"/>
            <w:tcMar>
              <w:top w:w="80" w:type="dxa"/>
              <w:left w:w="80" w:type="dxa"/>
              <w:bottom w:w="80" w:type="dxa"/>
              <w:right w:w="80" w:type="dxa"/>
            </w:tcMar>
          </w:tcPr>
          <w:p w14:paraId="210A792E" w14:textId="77777777" w:rsidR="00436CB6" w:rsidRPr="00531554" w:rsidRDefault="00392156">
            <w:pPr>
              <w:spacing w:after="0"/>
              <w:rPr>
                <w:lang w:val="da-DK"/>
              </w:rPr>
            </w:pPr>
            <w:r w:rsidRPr="00531554">
              <w:rPr>
                <w:b/>
                <w:color w:val="2F2F38"/>
                <w:sz w:val="17"/>
                <w:lang w:val="da-DK"/>
              </w:rPr>
              <w:t>PROGRAMPUNKT</w:t>
            </w:r>
          </w:p>
        </w:tc>
        <w:tc>
          <w:tcPr>
            <w:tcW w:w="5140" w:type="dxa"/>
            <w:shd w:val="clear" w:color="auto" w:fill="ADCA20"/>
            <w:tcMar>
              <w:top w:w="80" w:type="dxa"/>
              <w:left w:w="80" w:type="dxa"/>
              <w:bottom w:w="80" w:type="dxa"/>
              <w:right w:w="80" w:type="dxa"/>
            </w:tcMar>
          </w:tcPr>
          <w:p w14:paraId="29D797FA" w14:textId="77777777" w:rsidR="00436CB6" w:rsidRPr="00531554" w:rsidRDefault="00392156">
            <w:pPr>
              <w:spacing w:after="0"/>
              <w:rPr>
                <w:lang w:val="da-DK"/>
              </w:rPr>
            </w:pPr>
            <w:r w:rsidRPr="00531554">
              <w:rPr>
                <w:b/>
                <w:color w:val="2F2F38"/>
                <w:sz w:val="17"/>
                <w:lang w:val="da-DK"/>
              </w:rPr>
              <w:t>PROGRAMARRANGØR</w:t>
            </w:r>
          </w:p>
        </w:tc>
        <w:tc>
          <w:tcPr>
            <w:tcW w:w="5140" w:type="dxa"/>
            <w:shd w:val="clear" w:color="auto" w:fill="ADCA20"/>
            <w:tcMar>
              <w:top w:w="80" w:type="dxa"/>
              <w:left w:w="80" w:type="dxa"/>
              <w:bottom w:w="80" w:type="dxa"/>
              <w:right w:w="80" w:type="dxa"/>
            </w:tcMar>
          </w:tcPr>
          <w:p w14:paraId="4EEE297C" w14:textId="77777777" w:rsidR="00436CB6" w:rsidRPr="00531554" w:rsidRDefault="00392156">
            <w:pPr>
              <w:spacing w:after="0"/>
              <w:rPr>
                <w:lang w:val="da-DK"/>
              </w:rPr>
            </w:pPr>
            <w:r w:rsidRPr="00531554">
              <w:rPr>
                <w:b/>
                <w:color w:val="2F2F38"/>
                <w:sz w:val="17"/>
                <w:lang w:val="da-DK"/>
              </w:rPr>
              <w:t>DATO &amp; TID</w:t>
            </w:r>
          </w:p>
        </w:tc>
      </w:tr>
      <w:tr w:rsidR="00436CB6" w:rsidRPr="00531554" w14:paraId="3A32E853" w14:textId="77777777">
        <w:trPr>
          <w:jc w:val="right"/>
        </w:trPr>
        <w:tc>
          <w:tcPr>
            <w:tcW w:w="5140" w:type="dxa"/>
            <w:tcMar>
              <w:top w:w="80" w:type="dxa"/>
              <w:left w:w="80" w:type="dxa"/>
              <w:bottom w:w="80" w:type="dxa"/>
              <w:right w:w="80" w:type="dxa"/>
            </w:tcMar>
          </w:tcPr>
          <w:p w14:paraId="072D9ABD" w14:textId="423EB143" w:rsidR="00436CB6" w:rsidRPr="00531554" w:rsidRDefault="00392156">
            <w:pPr>
              <w:spacing w:after="0"/>
              <w:rPr>
                <w:lang w:val="da-DK"/>
              </w:rPr>
            </w:pPr>
            <w:r w:rsidRPr="00531554">
              <w:rPr>
                <w:b/>
                <w:color w:val="2D3D79"/>
                <w:sz w:val="22"/>
                <w:lang w:val="da-DK"/>
              </w:rPr>
              <w:t>[indsæt titel]</w:t>
            </w:r>
          </w:p>
        </w:tc>
        <w:tc>
          <w:tcPr>
            <w:tcW w:w="5140" w:type="dxa"/>
            <w:tcMar>
              <w:top w:w="80" w:type="dxa"/>
              <w:left w:w="80" w:type="dxa"/>
              <w:bottom w:w="80" w:type="dxa"/>
              <w:right w:w="80" w:type="dxa"/>
            </w:tcMar>
          </w:tcPr>
          <w:p w14:paraId="7B960804" w14:textId="77777777" w:rsidR="00436CB6" w:rsidRPr="00531554" w:rsidRDefault="00392156">
            <w:pPr>
              <w:spacing w:after="0"/>
              <w:rPr>
                <w:lang w:val="da-DK"/>
              </w:rPr>
            </w:pPr>
            <w:r w:rsidRPr="00531554">
              <w:rPr>
                <w:b/>
                <w:color w:val="2D3D79"/>
                <w:sz w:val="22"/>
                <w:lang w:val="da-DK"/>
              </w:rPr>
              <w:t>[indsæt organisation]</w:t>
            </w:r>
          </w:p>
        </w:tc>
        <w:tc>
          <w:tcPr>
            <w:tcW w:w="5140" w:type="dxa"/>
            <w:tcMar>
              <w:top w:w="80" w:type="dxa"/>
              <w:left w:w="80" w:type="dxa"/>
              <w:bottom w:w="80" w:type="dxa"/>
              <w:right w:w="80" w:type="dxa"/>
            </w:tcMar>
          </w:tcPr>
          <w:p w14:paraId="45BE8CF8" w14:textId="77777777" w:rsidR="00436CB6" w:rsidRPr="00531554" w:rsidRDefault="00392156">
            <w:pPr>
              <w:spacing w:after="0"/>
              <w:rPr>
                <w:lang w:val="da-DK"/>
              </w:rPr>
            </w:pPr>
            <w:r w:rsidRPr="00531554">
              <w:rPr>
                <w:b/>
                <w:color w:val="2D3D79"/>
                <w:sz w:val="22"/>
                <w:lang w:val="da-DK"/>
              </w:rPr>
              <w:t>[indsæt dato og tidspunkt]</w:t>
            </w:r>
          </w:p>
        </w:tc>
      </w:tr>
    </w:tbl>
    <w:p w14:paraId="23A3853A" w14:textId="77777777" w:rsidR="00A339F6" w:rsidRPr="00531554" w:rsidRDefault="00A339F6">
      <w:pPr>
        <w:rPr>
          <w:lang w:val="da-DK"/>
        </w:rPr>
      </w:pPr>
    </w:p>
    <w:p w14:paraId="52FDA6E6" w14:textId="77777777" w:rsidR="00A339F6" w:rsidRPr="00531554" w:rsidRDefault="00A339F6">
      <w:pPr>
        <w:rPr>
          <w:lang w:val="da-DK"/>
        </w:rPr>
      </w:pPr>
    </w:p>
    <w:tbl>
      <w:tblPr>
        <w:tblStyle w:val="TableNormal"/>
        <w:tblW w:w="0" w:type="auto"/>
        <w:jc w:val="center"/>
        <w:tblLook w:val="04A0" w:firstRow="1" w:lastRow="0" w:firstColumn="1" w:lastColumn="0" w:noHBand="0" w:noVBand="1"/>
      </w:tblPr>
      <w:tblGrid>
        <w:gridCol w:w="2570"/>
        <w:gridCol w:w="2570"/>
        <w:gridCol w:w="2570"/>
        <w:gridCol w:w="2570"/>
        <w:gridCol w:w="2570"/>
        <w:gridCol w:w="2570"/>
      </w:tblGrid>
      <w:tr w:rsidR="00A339F6" w:rsidRPr="00531554" w14:paraId="69C2E2C6" w14:textId="77777777" w:rsidTr="00FE6AFD">
        <w:trPr>
          <w:jc w:val="center"/>
        </w:trPr>
        <w:tc>
          <w:tcPr>
            <w:tcW w:w="2570" w:type="dxa"/>
            <w:shd w:val="clear" w:color="auto" w:fill="2D3D79"/>
            <w:tcMar>
              <w:top w:w="80" w:type="dxa"/>
              <w:left w:w="80" w:type="dxa"/>
              <w:bottom w:w="80" w:type="dxa"/>
              <w:right w:w="80" w:type="dxa"/>
            </w:tcMar>
          </w:tcPr>
          <w:p w14:paraId="67F89C52" w14:textId="77777777" w:rsidR="00A339F6" w:rsidRPr="00531554" w:rsidRDefault="00A339F6" w:rsidP="00FE6AFD">
            <w:pPr>
              <w:spacing w:after="0"/>
              <w:jc w:val="center"/>
              <w:rPr>
                <w:lang w:val="da-DK"/>
              </w:rPr>
            </w:pPr>
            <w:r w:rsidRPr="00531554">
              <w:rPr>
                <w:b/>
                <w:color w:val="FFFFFF"/>
                <w:sz w:val="15"/>
                <w:lang w:val="da-DK"/>
              </w:rPr>
              <w:t>SCENE</w:t>
            </w:r>
          </w:p>
        </w:tc>
        <w:tc>
          <w:tcPr>
            <w:tcW w:w="2570" w:type="dxa"/>
            <w:shd w:val="clear" w:color="auto" w:fill="2D3D79"/>
            <w:tcMar>
              <w:top w:w="80" w:type="dxa"/>
              <w:left w:w="80" w:type="dxa"/>
              <w:bottom w:w="80" w:type="dxa"/>
              <w:right w:w="80" w:type="dxa"/>
            </w:tcMar>
          </w:tcPr>
          <w:p w14:paraId="4791DCAA" w14:textId="77777777" w:rsidR="00A339F6" w:rsidRPr="00531554" w:rsidRDefault="00A339F6" w:rsidP="00FE6AFD">
            <w:pPr>
              <w:spacing w:after="0"/>
              <w:jc w:val="center"/>
              <w:rPr>
                <w:lang w:val="da-DK"/>
              </w:rPr>
            </w:pPr>
            <w:r w:rsidRPr="00531554">
              <w:rPr>
                <w:b/>
                <w:color w:val="FFFFFF"/>
                <w:sz w:val="15"/>
                <w:lang w:val="da-DK"/>
              </w:rPr>
              <w:t>VARIGHED</w:t>
            </w:r>
          </w:p>
        </w:tc>
        <w:tc>
          <w:tcPr>
            <w:tcW w:w="2570" w:type="dxa"/>
            <w:shd w:val="clear" w:color="auto" w:fill="2D3D79"/>
            <w:tcMar>
              <w:top w:w="80" w:type="dxa"/>
              <w:left w:w="80" w:type="dxa"/>
              <w:bottom w:w="80" w:type="dxa"/>
              <w:right w:w="80" w:type="dxa"/>
            </w:tcMar>
          </w:tcPr>
          <w:p w14:paraId="41CB4EA8" w14:textId="77777777" w:rsidR="00A339F6" w:rsidRPr="00531554" w:rsidRDefault="00A339F6" w:rsidP="00FE6AFD">
            <w:pPr>
              <w:spacing w:after="0"/>
              <w:jc w:val="center"/>
              <w:rPr>
                <w:lang w:val="da-DK"/>
              </w:rPr>
            </w:pPr>
            <w:r w:rsidRPr="00531554">
              <w:rPr>
                <w:b/>
                <w:color w:val="FFFFFF"/>
                <w:sz w:val="15"/>
                <w:lang w:val="da-DK"/>
              </w:rPr>
              <w:t>PÅ SCENEN</w:t>
            </w:r>
          </w:p>
        </w:tc>
        <w:tc>
          <w:tcPr>
            <w:tcW w:w="2570" w:type="dxa"/>
            <w:shd w:val="clear" w:color="auto" w:fill="2D3D79"/>
            <w:tcMar>
              <w:top w:w="80" w:type="dxa"/>
              <w:left w:w="80" w:type="dxa"/>
              <w:bottom w:w="80" w:type="dxa"/>
              <w:right w:w="80" w:type="dxa"/>
            </w:tcMar>
          </w:tcPr>
          <w:p w14:paraId="2F956843" w14:textId="77777777" w:rsidR="00A339F6" w:rsidRPr="00531554" w:rsidRDefault="00A339F6" w:rsidP="00FE6AFD">
            <w:pPr>
              <w:spacing w:after="0"/>
              <w:jc w:val="center"/>
              <w:rPr>
                <w:lang w:val="da-DK"/>
              </w:rPr>
            </w:pPr>
            <w:r w:rsidRPr="00531554">
              <w:rPr>
                <w:b/>
                <w:color w:val="FFFFFF"/>
                <w:sz w:val="15"/>
                <w:lang w:val="da-DK"/>
              </w:rPr>
              <w:t>MODERATOR</w:t>
            </w:r>
          </w:p>
        </w:tc>
        <w:tc>
          <w:tcPr>
            <w:tcW w:w="2570" w:type="dxa"/>
            <w:shd w:val="clear" w:color="auto" w:fill="2D3D79"/>
            <w:tcMar>
              <w:top w:w="80" w:type="dxa"/>
              <w:left w:w="80" w:type="dxa"/>
              <w:bottom w:w="80" w:type="dxa"/>
              <w:right w:w="80" w:type="dxa"/>
            </w:tcMar>
          </w:tcPr>
          <w:p w14:paraId="11CD9507" w14:textId="77777777" w:rsidR="00A339F6" w:rsidRPr="00531554" w:rsidRDefault="00A339F6" w:rsidP="00FE6AFD">
            <w:pPr>
              <w:spacing w:after="0"/>
              <w:jc w:val="center"/>
              <w:rPr>
                <w:lang w:val="da-DK"/>
              </w:rPr>
            </w:pPr>
            <w:r w:rsidRPr="00531554">
              <w:rPr>
                <w:b/>
                <w:color w:val="FFFFFF"/>
                <w:sz w:val="15"/>
                <w:lang w:val="da-DK"/>
              </w:rPr>
              <w:t>PUBLIKUM</w:t>
            </w:r>
          </w:p>
        </w:tc>
        <w:tc>
          <w:tcPr>
            <w:tcW w:w="2570" w:type="dxa"/>
            <w:shd w:val="clear" w:color="auto" w:fill="2D3D79"/>
            <w:tcMar>
              <w:top w:w="80" w:type="dxa"/>
              <w:left w:w="80" w:type="dxa"/>
              <w:bottom w:w="80" w:type="dxa"/>
              <w:right w:w="80" w:type="dxa"/>
            </w:tcMar>
          </w:tcPr>
          <w:p w14:paraId="16DAFA59" w14:textId="77777777" w:rsidR="00A339F6" w:rsidRPr="00531554" w:rsidRDefault="00A339F6" w:rsidP="00FE6AFD">
            <w:pPr>
              <w:spacing w:after="0"/>
              <w:jc w:val="center"/>
              <w:rPr>
                <w:lang w:val="da-DK"/>
              </w:rPr>
            </w:pPr>
            <w:r w:rsidRPr="00531554">
              <w:rPr>
                <w:b/>
                <w:color w:val="FFFFFF"/>
                <w:sz w:val="15"/>
                <w:lang w:val="da-DK"/>
              </w:rPr>
              <w:t>TEKNIK</w:t>
            </w:r>
          </w:p>
        </w:tc>
      </w:tr>
      <w:tr w:rsidR="00A339F6" w:rsidRPr="00531554" w14:paraId="093496FA" w14:textId="77777777" w:rsidTr="00FE6AFD">
        <w:trPr>
          <w:jc w:val="center"/>
        </w:trPr>
        <w:tc>
          <w:tcPr>
            <w:tcW w:w="2570" w:type="dxa"/>
            <w:shd w:val="clear" w:color="auto" w:fill="F3F4F6"/>
            <w:tcMar>
              <w:top w:w="80" w:type="dxa"/>
              <w:left w:w="80" w:type="dxa"/>
              <w:bottom w:w="80" w:type="dxa"/>
              <w:right w:w="80" w:type="dxa"/>
            </w:tcMar>
          </w:tcPr>
          <w:p w14:paraId="7482B9D7" w14:textId="77777777" w:rsidR="00A339F6" w:rsidRPr="00531554" w:rsidRDefault="00A339F6" w:rsidP="00FE6AFD">
            <w:pPr>
              <w:spacing w:after="0"/>
              <w:jc w:val="center"/>
              <w:rPr>
                <w:lang w:val="da-DK"/>
              </w:rPr>
            </w:pPr>
            <w:r w:rsidRPr="00531554">
              <w:rPr>
                <w:b/>
                <w:color w:val="2F2F38"/>
                <w:sz w:val="17"/>
                <w:lang w:val="da-DK"/>
              </w:rPr>
              <w:t>Thunderdome</w:t>
            </w:r>
          </w:p>
        </w:tc>
        <w:tc>
          <w:tcPr>
            <w:tcW w:w="2570" w:type="dxa"/>
            <w:shd w:val="clear" w:color="auto" w:fill="F3F4F6"/>
            <w:tcMar>
              <w:top w:w="80" w:type="dxa"/>
              <w:left w:w="80" w:type="dxa"/>
              <w:bottom w:w="80" w:type="dxa"/>
              <w:right w:w="80" w:type="dxa"/>
            </w:tcMar>
          </w:tcPr>
          <w:p w14:paraId="56206D3B" w14:textId="65EE5945" w:rsidR="00A339F6" w:rsidRPr="00531554" w:rsidRDefault="00A339F6" w:rsidP="00FE6AFD">
            <w:pPr>
              <w:spacing w:after="0"/>
              <w:jc w:val="center"/>
              <w:rPr>
                <w:lang w:val="da-DK"/>
              </w:rPr>
            </w:pPr>
            <w:r w:rsidRPr="00531554">
              <w:rPr>
                <w:b/>
                <w:color w:val="2F2F38"/>
                <w:sz w:val="17"/>
                <w:lang w:val="da-DK"/>
              </w:rPr>
              <w:t>40 min.</w:t>
            </w:r>
          </w:p>
        </w:tc>
        <w:tc>
          <w:tcPr>
            <w:tcW w:w="2570" w:type="dxa"/>
            <w:shd w:val="clear" w:color="auto" w:fill="F3F4F6"/>
            <w:tcMar>
              <w:top w:w="80" w:type="dxa"/>
              <w:left w:w="80" w:type="dxa"/>
              <w:bottom w:w="80" w:type="dxa"/>
              <w:right w:w="80" w:type="dxa"/>
            </w:tcMar>
          </w:tcPr>
          <w:p w14:paraId="350B61A7" w14:textId="71BBE020" w:rsidR="00A339F6" w:rsidRPr="00531554" w:rsidRDefault="00895AB5" w:rsidP="00FE6AFD">
            <w:pPr>
              <w:spacing w:after="0"/>
              <w:jc w:val="center"/>
              <w:rPr>
                <w:lang w:val="da-DK"/>
              </w:rPr>
            </w:pPr>
            <w:r w:rsidRPr="00531554">
              <w:rPr>
                <w:b/>
                <w:color w:val="2F2F38"/>
                <w:sz w:val="17"/>
                <w:lang w:val="da-DK"/>
              </w:rPr>
              <w:t>5</w:t>
            </w:r>
            <w:r w:rsidR="00A339F6" w:rsidRPr="00531554">
              <w:rPr>
                <w:b/>
                <w:color w:val="2F2F38"/>
                <w:sz w:val="17"/>
                <w:lang w:val="da-DK"/>
              </w:rPr>
              <w:t xml:space="preserve"> deltagere</w:t>
            </w:r>
          </w:p>
        </w:tc>
        <w:tc>
          <w:tcPr>
            <w:tcW w:w="2570" w:type="dxa"/>
            <w:shd w:val="clear" w:color="auto" w:fill="F3F4F6"/>
            <w:tcMar>
              <w:top w:w="80" w:type="dxa"/>
              <w:left w:w="80" w:type="dxa"/>
              <w:bottom w:w="80" w:type="dxa"/>
              <w:right w:w="80" w:type="dxa"/>
            </w:tcMar>
          </w:tcPr>
          <w:p w14:paraId="10AE08C1" w14:textId="77777777" w:rsidR="00A339F6" w:rsidRPr="00531554" w:rsidRDefault="00A339F6" w:rsidP="00FE6AFD">
            <w:pPr>
              <w:spacing w:after="0"/>
              <w:jc w:val="center"/>
              <w:rPr>
                <w:sz w:val="17"/>
                <w:szCs w:val="17"/>
                <w:lang w:val="da-DK"/>
              </w:rPr>
            </w:pPr>
            <w:r w:rsidRPr="00531554">
              <w:rPr>
                <w:sz w:val="17"/>
                <w:szCs w:val="17"/>
                <w:lang w:val="da-DK"/>
              </w:rPr>
              <w:t>M</w:t>
            </w:r>
            <w:r w:rsidRPr="00531554">
              <w:rPr>
                <w:b/>
                <w:bCs/>
                <w:sz w:val="17"/>
                <w:szCs w:val="17"/>
                <w:lang w:val="da-DK"/>
              </w:rPr>
              <w:t>ette Vibe Utzon</w:t>
            </w:r>
          </w:p>
        </w:tc>
        <w:tc>
          <w:tcPr>
            <w:tcW w:w="2570" w:type="dxa"/>
            <w:shd w:val="clear" w:color="auto" w:fill="F3F4F6"/>
            <w:tcMar>
              <w:top w:w="80" w:type="dxa"/>
              <w:left w:w="80" w:type="dxa"/>
              <w:bottom w:w="80" w:type="dxa"/>
              <w:right w:w="80" w:type="dxa"/>
            </w:tcMar>
          </w:tcPr>
          <w:p w14:paraId="7F9299B8" w14:textId="77777777" w:rsidR="00A339F6" w:rsidRPr="00531554" w:rsidRDefault="00A339F6" w:rsidP="00FE6AFD">
            <w:pPr>
              <w:spacing w:after="0"/>
              <w:jc w:val="center"/>
              <w:rPr>
                <w:lang w:val="da-DK"/>
              </w:rPr>
            </w:pPr>
            <w:r w:rsidRPr="00531554">
              <w:rPr>
                <w:b/>
                <w:color w:val="2F2F38"/>
                <w:sz w:val="17"/>
                <w:lang w:val="da-DK"/>
              </w:rPr>
              <w:t>Op til 800</w:t>
            </w:r>
          </w:p>
        </w:tc>
        <w:tc>
          <w:tcPr>
            <w:tcW w:w="2570" w:type="dxa"/>
            <w:shd w:val="clear" w:color="auto" w:fill="F3F4F6"/>
            <w:tcMar>
              <w:top w:w="80" w:type="dxa"/>
              <w:left w:w="80" w:type="dxa"/>
              <w:bottom w:w="80" w:type="dxa"/>
              <w:right w:w="80" w:type="dxa"/>
            </w:tcMar>
          </w:tcPr>
          <w:p w14:paraId="36201E3B" w14:textId="77777777" w:rsidR="00A339F6" w:rsidRPr="00531554" w:rsidRDefault="00A339F6" w:rsidP="00FE6AFD">
            <w:pPr>
              <w:spacing w:after="0"/>
              <w:jc w:val="center"/>
              <w:rPr>
                <w:lang w:val="da-DK"/>
              </w:rPr>
            </w:pPr>
            <w:r w:rsidRPr="00531554">
              <w:rPr>
                <w:b/>
                <w:color w:val="2F2F38"/>
                <w:sz w:val="17"/>
                <w:lang w:val="da-DK"/>
              </w:rPr>
              <w:t>Headsets, håndholdt mikrofon, 4 skærme</w:t>
            </w:r>
          </w:p>
        </w:tc>
      </w:tr>
    </w:tbl>
    <w:p w14:paraId="4E079703" w14:textId="32DB2BCE" w:rsidR="00436CB6" w:rsidRPr="00531554" w:rsidRDefault="00392156">
      <w:pPr>
        <w:rPr>
          <w:lang w:val="da-DK"/>
        </w:rPr>
      </w:pPr>
      <w:r w:rsidRPr="00531554">
        <w:rPr>
          <w:lang w:val="da-DK"/>
        </w:rPr>
        <w:br w:type="page"/>
      </w:r>
    </w:p>
    <w:p w14:paraId="14392649" w14:textId="77777777" w:rsidR="00436CB6" w:rsidRPr="00531554" w:rsidRDefault="00392156">
      <w:pPr>
        <w:pStyle w:val="Overskrift1"/>
        <w:rPr>
          <w:lang w:val="da-DK"/>
        </w:rPr>
      </w:pPr>
      <w:r w:rsidRPr="00531554">
        <w:rPr>
          <w:lang w:val="da-DK"/>
        </w:rPr>
        <w:lastRenderedPageBreak/>
        <w:t>Overblik over programpunktet</w:t>
      </w:r>
    </w:p>
    <w:p w14:paraId="6F7E69FA" w14:textId="77777777" w:rsidR="00436CB6" w:rsidRPr="00531554" w:rsidRDefault="00392156">
      <w:pPr>
        <w:spacing w:after="160"/>
        <w:rPr>
          <w:lang w:val="da-DK"/>
        </w:rPr>
      </w:pPr>
      <w:r w:rsidRPr="00531554">
        <w:rPr>
          <w:lang w:val="da-DK"/>
        </w:rPr>
        <w:t>Brug siden til at sikre, at alle omkring scenen har samme billede af formål, format og ansvar før I går i detaljer med minut-for-minut-planen.</w:t>
      </w:r>
    </w:p>
    <w:p w14:paraId="44EA52E3" w14:textId="77777777" w:rsidR="00436CB6" w:rsidRPr="00531554" w:rsidRDefault="00436CB6">
      <w:pPr>
        <w:spacing w:after="40"/>
        <w:rPr>
          <w:lang w:val="da-DK"/>
        </w:rPr>
      </w:pPr>
    </w:p>
    <w:tbl>
      <w:tblPr>
        <w:tblStyle w:val="TableNormal"/>
        <w:tblW w:w="0" w:type="auto"/>
        <w:jc w:val="center"/>
        <w:tblLook w:val="04A0" w:firstRow="1" w:lastRow="0" w:firstColumn="1" w:lastColumn="0" w:noHBand="0" w:noVBand="1"/>
      </w:tblPr>
      <w:tblGrid>
        <w:gridCol w:w="7710"/>
        <w:gridCol w:w="7710"/>
      </w:tblGrid>
      <w:tr w:rsidR="00436CB6" w:rsidRPr="00531554" w14:paraId="7C97E876" w14:textId="77777777" w:rsidTr="13221BB2">
        <w:trPr>
          <w:jc w:val="center"/>
        </w:trPr>
        <w:tc>
          <w:tcPr>
            <w:tcW w:w="7710" w:type="dxa"/>
            <w:shd w:val="clear" w:color="auto" w:fill="FFFFFF" w:themeFill="background1"/>
            <w:tcMar>
              <w:top w:w="120" w:type="dxa"/>
              <w:left w:w="140" w:type="dxa"/>
              <w:bottom w:w="120" w:type="dxa"/>
              <w:right w:w="140" w:type="dxa"/>
            </w:tcMar>
          </w:tcPr>
          <w:p w14:paraId="6C7AB3EA" w14:textId="77777777" w:rsidR="00436CB6" w:rsidRPr="00531554" w:rsidRDefault="00392156">
            <w:pPr>
              <w:spacing w:after="80"/>
              <w:rPr>
                <w:lang w:val="da-DK"/>
              </w:rPr>
            </w:pPr>
            <w:r w:rsidRPr="00531554">
              <w:rPr>
                <w:b/>
                <w:color w:val="2D3D79"/>
                <w:sz w:val="20"/>
                <w:lang w:val="da-DK"/>
              </w:rPr>
              <w:t>FORMÅL</w:t>
            </w:r>
          </w:p>
          <w:p w14:paraId="3A5515F7" w14:textId="2A79402C" w:rsidR="00436CB6" w:rsidRPr="00531554" w:rsidRDefault="00392156">
            <w:pPr>
              <w:spacing w:after="0"/>
              <w:rPr>
                <w:lang w:val="da-DK"/>
              </w:rPr>
            </w:pPr>
            <w:r w:rsidRPr="00531554">
              <w:rPr>
                <w:lang w:val="da-DK"/>
              </w:rPr>
              <w:t xml:space="preserve">Hvad skal publikum være klogere på, have taget stilling til eller være motiveret til efter de </w:t>
            </w:r>
            <w:r w:rsidR="000E7765">
              <w:rPr>
                <w:lang w:val="da-DK"/>
              </w:rPr>
              <w:t>40</w:t>
            </w:r>
            <w:r w:rsidRPr="00531554">
              <w:rPr>
                <w:lang w:val="da-DK"/>
              </w:rPr>
              <w:t xml:space="preserve"> minutter?</w:t>
            </w:r>
            <w:r w:rsidRPr="00531554">
              <w:rPr>
                <w:lang w:val="da-DK"/>
              </w:rPr>
              <w:br/>
            </w:r>
            <w:r w:rsidRPr="00531554">
              <w:rPr>
                <w:lang w:val="da-DK"/>
              </w:rPr>
              <w:br/>
              <w:t>[indsæt 2-4 linjer]</w:t>
            </w:r>
          </w:p>
        </w:tc>
        <w:tc>
          <w:tcPr>
            <w:tcW w:w="7710" w:type="dxa"/>
            <w:shd w:val="clear" w:color="auto" w:fill="FFFFFF" w:themeFill="background1"/>
            <w:tcMar>
              <w:top w:w="120" w:type="dxa"/>
              <w:left w:w="140" w:type="dxa"/>
              <w:bottom w:w="120" w:type="dxa"/>
              <w:right w:w="140" w:type="dxa"/>
            </w:tcMar>
          </w:tcPr>
          <w:p w14:paraId="6D38653E" w14:textId="77777777" w:rsidR="00436CB6" w:rsidRPr="00531554" w:rsidRDefault="00392156">
            <w:pPr>
              <w:spacing w:after="80"/>
              <w:rPr>
                <w:lang w:val="da-DK"/>
              </w:rPr>
            </w:pPr>
            <w:r w:rsidRPr="00531554">
              <w:rPr>
                <w:b/>
                <w:color w:val="2D3D79"/>
                <w:sz w:val="20"/>
                <w:lang w:val="da-DK"/>
              </w:rPr>
              <w:t>KERNESPØRGSMÅL / DILEMMA</w:t>
            </w:r>
          </w:p>
          <w:p w14:paraId="62ACD822" w14:textId="0854ACC7" w:rsidR="00436CB6" w:rsidRPr="00531554" w:rsidRDefault="6D7F465E">
            <w:pPr>
              <w:spacing w:after="0"/>
              <w:rPr>
                <w:lang w:val="da-DK"/>
              </w:rPr>
            </w:pPr>
            <w:r w:rsidRPr="00531554">
              <w:rPr>
                <w:lang w:val="da-DK"/>
              </w:rPr>
              <w:t>Hvilket spørgsmål eller dilemma skal bære samtalen og gøre uenigheder tydelige?</w:t>
            </w:r>
            <w:r w:rsidR="00392156" w:rsidRPr="00531554">
              <w:rPr>
                <w:lang w:val="da-DK"/>
              </w:rPr>
              <w:br/>
            </w:r>
            <w:r w:rsidR="00392156" w:rsidRPr="00531554">
              <w:rPr>
                <w:lang w:val="da-DK"/>
              </w:rPr>
              <w:br/>
            </w:r>
            <w:r w:rsidRPr="00531554">
              <w:rPr>
                <w:lang w:val="da-DK"/>
              </w:rPr>
              <w:t>[indsæt]</w:t>
            </w:r>
          </w:p>
          <w:p w14:paraId="4EC9DCA9" w14:textId="42802CE4" w:rsidR="00436CB6" w:rsidRPr="00531554" w:rsidRDefault="00436CB6">
            <w:pPr>
              <w:spacing w:after="0"/>
              <w:rPr>
                <w:lang w:val="da-DK"/>
              </w:rPr>
            </w:pPr>
          </w:p>
          <w:p w14:paraId="07A6A286" w14:textId="1AC00479" w:rsidR="00436CB6" w:rsidRPr="00531554" w:rsidRDefault="3874E595" w:rsidP="13221BB2">
            <w:pPr>
              <w:spacing w:after="80"/>
              <w:rPr>
                <w:lang w:val="da-DK"/>
              </w:rPr>
            </w:pPr>
            <w:r w:rsidRPr="00531554">
              <w:rPr>
                <w:b/>
                <w:bCs/>
                <w:color w:val="2D3D79"/>
                <w:sz w:val="20"/>
                <w:szCs w:val="20"/>
                <w:lang w:val="da-DK"/>
              </w:rPr>
              <w:t>A</w:t>
            </w:r>
            <w:r w:rsidR="00C77284" w:rsidRPr="00531554">
              <w:rPr>
                <w:b/>
                <w:bCs/>
                <w:color w:val="2D3D79"/>
                <w:sz w:val="20"/>
                <w:szCs w:val="20"/>
                <w:lang w:val="da-DK"/>
              </w:rPr>
              <w:t>FGRÆNSNING</w:t>
            </w:r>
          </w:p>
          <w:p w14:paraId="2790E46D" w14:textId="4AFF663C" w:rsidR="00436CB6" w:rsidRPr="00531554" w:rsidRDefault="00106E17">
            <w:pPr>
              <w:spacing w:after="0"/>
              <w:rPr>
                <w:lang w:val="da-DK"/>
              </w:rPr>
            </w:pPr>
            <w:r w:rsidRPr="00531554">
              <w:rPr>
                <w:lang w:val="da-DK"/>
              </w:rPr>
              <w:t>Jeres emne kan muligvis trækkes i mange retninger. For at holde tidsplanen og sikre at debatten ikke trækkes i en irrelevant retning – så skriv ganske kort, hvad debatten ikke handler om.</w:t>
            </w:r>
            <w:r w:rsidR="00392156" w:rsidRPr="00531554">
              <w:rPr>
                <w:lang w:val="da-DK"/>
              </w:rPr>
              <w:br/>
            </w:r>
            <w:r w:rsidR="00392156" w:rsidRPr="00531554">
              <w:rPr>
                <w:lang w:val="da-DK"/>
              </w:rPr>
              <w:br/>
            </w:r>
            <w:r w:rsidR="3874E595" w:rsidRPr="00531554">
              <w:rPr>
                <w:lang w:val="da-DK"/>
              </w:rPr>
              <w:t>[indsæt]</w:t>
            </w:r>
          </w:p>
        </w:tc>
      </w:tr>
      <w:tr w:rsidR="00436CB6" w:rsidRPr="00531554" w14:paraId="5587EDDA" w14:textId="77777777" w:rsidTr="13221BB2">
        <w:trPr>
          <w:jc w:val="center"/>
        </w:trPr>
        <w:tc>
          <w:tcPr>
            <w:tcW w:w="7710" w:type="dxa"/>
            <w:shd w:val="clear" w:color="auto" w:fill="FFFFFF" w:themeFill="background1"/>
            <w:tcMar>
              <w:top w:w="120" w:type="dxa"/>
              <w:left w:w="140" w:type="dxa"/>
              <w:bottom w:w="120" w:type="dxa"/>
              <w:right w:w="140" w:type="dxa"/>
            </w:tcMar>
          </w:tcPr>
          <w:p w14:paraId="03A292B0" w14:textId="77777777" w:rsidR="000C067E" w:rsidRPr="00531554" w:rsidRDefault="000C067E">
            <w:pPr>
              <w:spacing w:after="0"/>
              <w:rPr>
                <w:lang w:val="da-DK"/>
              </w:rPr>
            </w:pPr>
            <w:r w:rsidRPr="00531554">
              <w:rPr>
                <w:b/>
                <w:color w:val="2D3D79"/>
                <w:sz w:val="20"/>
                <w:lang w:val="da-DK"/>
              </w:rPr>
              <w:t>PUBLIKUMSINDDRAGELSE</w:t>
            </w:r>
            <w:r w:rsidRPr="00531554">
              <w:rPr>
                <w:lang w:val="da-DK"/>
              </w:rPr>
              <w:t xml:space="preserve"> </w:t>
            </w:r>
          </w:p>
          <w:p w14:paraId="11440753" w14:textId="13CDFA1D" w:rsidR="00436CB6" w:rsidRPr="00531554" w:rsidRDefault="00392156">
            <w:pPr>
              <w:spacing w:after="0"/>
              <w:rPr>
                <w:lang w:val="da-DK"/>
              </w:rPr>
            </w:pPr>
            <w:r w:rsidRPr="00531554">
              <w:rPr>
                <w:lang w:val="da-DK"/>
              </w:rPr>
              <w:t>Hvordan skal publikum mindst én gang gøre noget aktivt? Fx dilemmaafstemning, spørgsmål fra publikum eller kort reaktion</w:t>
            </w:r>
            <w:r w:rsidR="000E7765">
              <w:rPr>
                <w:lang w:val="da-DK"/>
              </w:rPr>
              <w:t xml:space="preserve"> – gerne på Mentimeter</w:t>
            </w:r>
            <w:r w:rsidR="00FD596B" w:rsidRPr="00531554">
              <w:rPr>
                <w:lang w:val="da-DK"/>
              </w:rPr>
              <w:t xml:space="preserve"> (Link til inspirationskatalog)</w:t>
            </w:r>
            <w:r w:rsidRPr="00531554">
              <w:rPr>
                <w:lang w:val="da-DK"/>
              </w:rPr>
              <w:br/>
            </w:r>
            <w:r w:rsidRPr="00531554">
              <w:rPr>
                <w:lang w:val="da-DK"/>
              </w:rPr>
              <w:br/>
              <w:t xml:space="preserve">[indsæt </w:t>
            </w:r>
            <w:r w:rsidR="00CA0B56" w:rsidRPr="00531554">
              <w:rPr>
                <w:lang w:val="da-DK"/>
              </w:rPr>
              <w:t>greb</w:t>
            </w:r>
            <w:r w:rsidRPr="00531554">
              <w:rPr>
                <w:lang w:val="da-DK"/>
              </w:rPr>
              <w:t>]</w:t>
            </w:r>
          </w:p>
        </w:tc>
        <w:tc>
          <w:tcPr>
            <w:tcW w:w="7710" w:type="dxa"/>
            <w:shd w:val="clear" w:color="auto" w:fill="FFFFFF" w:themeFill="background1"/>
            <w:tcMar>
              <w:top w:w="120" w:type="dxa"/>
              <w:left w:w="140" w:type="dxa"/>
              <w:bottom w:w="120" w:type="dxa"/>
              <w:right w:w="140" w:type="dxa"/>
            </w:tcMar>
          </w:tcPr>
          <w:p w14:paraId="39BC4BCE" w14:textId="77777777" w:rsidR="00C77284" w:rsidRPr="00531554" w:rsidRDefault="00C77284" w:rsidP="00C77284">
            <w:pPr>
              <w:spacing w:after="80"/>
              <w:rPr>
                <w:lang w:val="da-DK"/>
              </w:rPr>
            </w:pPr>
            <w:r w:rsidRPr="00531554">
              <w:rPr>
                <w:b/>
                <w:color w:val="2D3D79"/>
                <w:sz w:val="20"/>
                <w:lang w:val="da-DK"/>
              </w:rPr>
              <w:t>DET SKAL PUBLIKUM TAGE MED</w:t>
            </w:r>
          </w:p>
          <w:p w14:paraId="322F2414" w14:textId="510CBE9A" w:rsidR="00436CB6" w:rsidRPr="00531554" w:rsidRDefault="00392156">
            <w:pPr>
              <w:spacing w:after="0"/>
              <w:rPr>
                <w:lang w:val="da-DK"/>
              </w:rPr>
            </w:pPr>
            <w:r w:rsidRPr="00531554">
              <w:rPr>
                <w:lang w:val="da-DK"/>
              </w:rPr>
              <w:t xml:space="preserve">Hvilken konkret refleksion, prioritering, mulighed eller handling skal </w:t>
            </w:r>
            <w:r w:rsidR="00A11456" w:rsidRPr="00531554">
              <w:rPr>
                <w:lang w:val="da-DK"/>
              </w:rPr>
              <w:t>publikum tage med sig videre</w:t>
            </w:r>
            <w:r w:rsidRPr="00531554">
              <w:rPr>
                <w:lang w:val="da-DK"/>
              </w:rPr>
              <w:t>?</w:t>
            </w:r>
            <w:r w:rsidR="000A77DF" w:rsidRPr="00531554">
              <w:rPr>
                <w:lang w:val="da-DK"/>
              </w:rPr>
              <w:t xml:space="preserve"> </w:t>
            </w:r>
            <w:r w:rsidRPr="00531554">
              <w:rPr>
                <w:lang w:val="da-DK"/>
              </w:rPr>
              <w:br/>
            </w:r>
            <w:r w:rsidRPr="00531554">
              <w:rPr>
                <w:lang w:val="da-DK"/>
              </w:rPr>
              <w:br/>
              <w:t>[indsæt]</w:t>
            </w:r>
          </w:p>
        </w:tc>
      </w:tr>
    </w:tbl>
    <w:p w14:paraId="5ABCB530" w14:textId="77777777" w:rsidR="00436CB6" w:rsidRPr="00531554" w:rsidRDefault="00392156">
      <w:pPr>
        <w:pStyle w:val="Overskrift2"/>
        <w:rPr>
          <w:lang w:val="da-DK"/>
        </w:rPr>
      </w:pPr>
      <w:r w:rsidRPr="00531554">
        <w:rPr>
          <w:lang w:val="da-DK"/>
        </w:rPr>
        <w:t>Deltagere og roller</w:t>
      </w:r>
    </w:p>
    <w:tbl>
      <w:tblPr>
        <w:tblStyle w:val="Tabel-Gitter"/>
        <w:tblW w:w="0" w:type="auto"/>
        <w:jc w:val="center"/>
        <w:tblLook w:val="04A0" w:firstRow="1" w:lastRow="0" w:firstColumn="1" w:lastColumn="0" w:noHBand="0" w:noVBand="1"/>
      </w:tblPr>
      <w:tblGrid>
        <w:gridCol w:w="3852"/>
        <w:gridCol w:w="3853"/>
        <w:gridCol w:w="3852"/>
        <w:gridCol w:w="3853"/>
      </w:tblGrid>
      <w:tr w:rsidR="00436CB6" w:rsidRPr="00531554" w14:paraId="7895A16C" w14:textId="77777777">
        <w:trPr>
          <w:jc w:val="center"/>
        </w:trPr>
        <w:tc>
          <w:tcPr>
            <w:tcW w:w="3855" w:type="dxa"/>
            <w:shd w:val="clear" w:color="auto" w:fill="43B39F"/>
            <w:tcMar>
              <w:top w:w="80" w:type="dxa"/>
              <w:left w:w="80" w:type="dxa"/>
              <w:bottom w:w="80" w:type="dxa"/>
              <w:right w:w="80" w:type="dxa"/>
            </w:tcMar>
          </w:tcPr>
          <w:p w14:paraId="147FC8FC" w14:textId="77777777" w:rsidR="00436CB6" w:rsidRPr="00531554" w:rsidRDefault="00392156">
            <w:pPr>
              <w:rPr>
                <w:lang w:val="da-DK"/>
              </w:rPr>
            </w:pPr>
            <w:r w:rsidRPr="00531554">
              <w:rPr>
                <w:b/>
                <w:color w:val="FFFFFF"/>
                <w:sz w:val="16"/>
                <w:lang w:val="da-DK"/>
              </w:rPr>
              <w:t>Navn</w:t>
            </w:r>
          </w:p>
        </w:tc>
        <w:tc>
          <w:tcPr>
            <w:tcW w:w="3855" w:type="dxa"/>
            <w:shd w:val="clear" w:color="auto" w:fill="43B39F"/>
            <w:tcMar>
              <w:top w:w="80" w:type="dxa"/>
              <w:left w:w="80" w:type="dxa"/>
              <w:bottom w:w="80" w:type="dxa"/>
              <w:right w:w="80" w:type="dxa"/>
            </w:tcMar>
          </w:tcPr>
          <w:p w14:paraId="054E1729" w14:textId="77777777" w:rsidR="00436CB6" w:rsidRPr="00531554" w:rsidRDefault="00392156">
            <w:pPr>
              <w:rPr>
                <w:lang w:val="da-DK"/>
              </w:rPr>
            </w:pPr>
            <w:r w:rsidRPr="00531554">
              <w:rPr>
                <w:b/>
                <w:color w:val="FFFFFF"/>
                <w:sz w:val="16"/>
                <w:lang w:val="da-DK"/>
              </w:rPr>
              <w:t>Rolle / organisation</w:t>
            </w:r>
          </w:p>
        </w:tc>
        <w:tc>
          <w:tcPr>
            <w:tcW w:w="3855" w:type="dxa"/>
            <w:shd w:val="clear" w:color="auto" w:fill="43B39F"/>
            <w:tcMar>
              <w:top w:w="80" w:type="dxa"/>
              <w:left w:w="80" w:type="dxa"/>
              <w:bottom w:w="80" w:type="dxa"/>
              <w:right w:w="80" w:type="dxa"/>
            </w:tcMar>
          </w:tcPr>
          <w:p w14:paraId="1FDB286F" w14:textId="77777777" w:rsidR="00436CB6" w:rsidRPr="00531554" w:rsidRDefault="00392156">
            <w:pPr>
              <w:rPr>
                <w:lang w:val="da-DK"/>
              </w:rPr>
            </w:pPr>
            <w:r w:rsidRPr="00531554">
              <w:rPr>
                <w:b/>
                <w:color w:val="FFFFFF"/>
                <w:sz w:val="16"/>
                <w:lang w:val="da-DK"/>
              </w:rPr>
              <w:t>Bidrag i samtalen</w:t>
            </w:r>
          </w:p>
        </w:tc>
        <w:tc>
          <w:tcPr>
            <w:tcW w:w="3855" w:type="dxa"/>
            <w:shd w:val="clear" w:color="auto" w:fill="43B39F"/>
            <w:tcMar>
              <w:top w:w="80" w:type="dxa"/>
              <w:left w:w="80" w:type="dxa"/>
              <w:bottom w:w="80" w:type="dxa"/>
              <w:right w:w="80" w:type="dxa"/>
            </w:tcMar>
          </w:tcPr>
          <w:p w14:paraId="35AAE811" w14:textId="77777777" w:rsidR="00436CB6" w:rsidRPr="00531554" w:rsidRDefault="00392156">
            <w:pPr>
              <w:rPr>
                <w:lang w:val="da-DK"/>
              </w:rPr>
            </w:pPr>
            <w:r w:rsidRPr="00531554">
              <w:rPr>
                <w:b/>
                <w:color w:val="FFFFFF"/>
                <w:sz w:val="16"/>
                <w:lang w:val="da-DK"/>
              </w:rPr>
              <w:t>Praktisk / særligt hensyn</w:t>
            </w:r>
          </w:p>
        </w:tc>
      </w:tr>
      <w:tr w:rsidR="00436CB6" w:rsidRPr="00531554" w14:paraId="39EDB6D5" w14:textId="77777777">
        <w:trPr>
          <w:jc w:val="center"/>
        </w:trPr>
        <w:tc>
          <w:tcPr>
            <w:tcW w:w="3855" w:type="dxa"/>
            <w:tcMar>
              <w:top w:w="80" w:type="dxa"/>
              <w:left w:w="80" w:type="dxa"/>
              <w:bottom w:w="80" w:type="dxa"/>
              <w:right w:w="80" w:type="dxa"/>
            </w:tcMar>
          </w:tcPr>
          <w:p w14:paraId="1F5EB6DB" w14:textId="77777777" w:rsidR="00436CB6" w:rsidRPr="00531554" w:rsidRDefault="00392156">
            <w:pPr>
              <w:rPr>
                <w:lang w:val="da-DK"/>
              </w:rPr>
            </w:pPr>
            <w:r w:rsidRPr="00531554">
              <w:rPr>
                <w:color w:val="6B7280"/>
                <w:sz w:val="16"/>
                <w:lang w:val="da-DK"/>
              </w:rPr>
              <w:t>[navn]</w:t>
            </w:r>
          </w:p>
        </w:tc>
        <w:tc>
          <w:tcPr>
            <w:tcW w:w="3855" w:type="dxa"/>
            <w:tcMar>
              <w:top w:w="80" w:type="dxa"/>
              <w:left w:w="80" w:type="dxa"/>
              <w:bottom w:w="80" w:type="dxa"/>
              <w:right w:w="80" w:type="dxa"/>
            </w:tcMar>
          </w:tcPr>
          <w:p w14:paraId="0F99A489" w14:textId="77777777" w:rsidR="00436CB6" w:rsidRPr="00531554" w:rsidRDefault="00392156">
            <w:pPr>
              <w:rPr>
                <w:lang w:val="da-DK"/>
              </w:rPr>
            </w:pPr>
            <w:r w:rsidRPr="00531554">
              <w:rPr>
                <w:color w:val="6B7280"/>
                <w:sz w:val="16"/>
                <w:lang w:val="da-DK"/>
              </w:rPr>
              <w:t>[rolle / organisation]</w:t>
            </w:r>
          </w:p>
        </w:tc>
        <w:tc>
          <w:tcPr>
            <w:tcW w:w="3855" w:type="dxa"/>
            <w:tcMar>
              <w:top w:w="80" w:type="dxa"/>
              <w:left w:w="80" w:type="dxa"/>
              <w:bottom w:w="80" w:type="dxa"/>
              <w:right w:w="80" w:type="dxa"/>
            </w:tcMar>
          </w:tcPr>
          <w:p w14:paraId="1449DF5C" w14:textId="77777777" w:rsidR="00436CB6" w:rsidRPr="00531554" w:rsidRDefault="00392156">
            <w:pPr>
              <w:rPr>
                <w:lang w:val="da-DK"/>
              </w:rPr>
            </w:pPr>
            <w:r w:rsidRPr="00531554">
              <w:rPr>
                <w:color w:val="6B7280"/>
                <w:sz w:val="16"/>
                <w:lang w:val="da-DK"/>
              </w:rPr>
              <w:t>[hvad skal personen især bidrage med?]</w:t>
            </w:r>
          </w:p>
        </w:tc>
        <w:tc>
          <w:tcPr>
            <w:tcW w:w="3855" w:type="dxa"/>
            <w:tcMar>
              <w:top w:w="80" w:type="dxa"/>
              <w:left w:w="80" w:type="dxa"/>
              <w:bottom w:w="80" w:type="dxa"/>
              <w:right w:w="80" w:type="dxa"/>
            </w:tcMar>
          </w:tcPr>
          <w:p w14:paraId="710A79C0" w14:textId="77777777" w:rsidR="00436CB6" w:rsidRPr="00531554" w:rsidRDefault="00392156">
            <w:pPr>
              <w:rPr>
                <w:lang w:val="da-DK"/>
              </w:rPr>
            </w:pPr>
            <w:r w:rsidRPr="00531554">
              <w:rPr>
                <w:color w:val="6B7280"/>
                <w:sz w:val="16"/>
                <w:lang w:val="da-DK"/>
              </w:rPr>
              <w:t>[mikrofon, placering, andet]</w:t>
            </w:r>
          </w:p>
        </w:tc>
      </w:tr>
      <w:tr w:rsidR="00436CB6" w:rsidRPr="00531554" w14:paraId="6829ACD2" w14:textId="77777777">
        <w:trPr>
          <w:jc w:val="center"/>
        </w:trPr>
        <w:tc>
          <w:tcPr>
            <w:tcW w:w="3855" w:type="dxa"/>
            <w:tcMar>
              <w:top w:w="80" w:type="dxa"/>
              <w:left w:w="80" w:type="dxa"/>
              <w:bottom w:w="80" w:type="dxa"/>
              <w:right w:w="80" w:type="dxa"/>
            </w:tcMar>
          </w:tcPr>
          <w:p w14:paraId="6F8BDB6C" w14:textId="77777777" w:rsidR="00436CB6" w:rsidRPr="00531554" w:rsidRDefault="00392156">
            <w:pPr>
              <w:rPr>
                <w:lang w:val="da-DK"/>
              </w:rPr>
            </w:pPr>
            <w:r w:rsidRPr="00531554">
              <w:rPr>
                <w:color w:val="6B7280"/>
                <w:sz w:val="16"/>
                <w:lang w:val="da-DK"/>
              </w:rPr>
              <w:t>[navn]</w:t>
            </w:r>
          </w:p>
        </w:tc>
        <w:tc>
          <w:tcPr>
            <w:tcW w:w="3855" w:type="dxa"/>
            <w:tcMar>
              <w:top w:w="80" w:type="dxa"/>
              <w:left w:w="80" w:type="dxa"/>
              <w:bottom w:w="80" w:type="dxa"/>
              <w:right w:w="80" w:type="dxa"/>
            </w:tcMar>
          </w:tcPr>
          <w:p w14:paraId="636DBA77" w14:textId="77777777" w:rsidR="00436CB6" w:rsidRPr="00531554" w:rsidRDefault="00392156">
            <w:pPr>
              <w:rPr>
                <w:lang w:val="da-DK"/>
              </w:rPr>
            </w:pPr>
            <w:r w:rsidRPr="00531554">
              <w:rPr>
                <w:color w:val="6B7280"/>
                <w:sz w:val="16"/>
                <w:lang w:val="da-DK"/>
              </w:rPr>
              <w:t>[rolle / organisation]</w:t>
            </w:r>
          </w:p>
        </w:tc>
        <w:tc>
          <w:tcPr>
            <w:tcW w:w="3855" w:type="dxa"/>
            <w:tcMar>
              <w:top w:w="80" w:type="dxa"/>
              <w:left w:w="80" w:type="dxa"/>
              <w:bottom w:w="80" w:type="dxa"/>
              <w:right w:w="80" w:type="dxa"/>
            </w:tcMar>
          </w:tcPr>
          <w:p w14:paraId="0397475E" w14:textId="77777777" w:rsidR="00436CB6" w:rsidRPr="00531554" w:rsidRDefault="00392156">
            <w:pPr>
              <w:rPr>
                <w:lang w:val="da-DK"/>
              </w:rPr>
            </w:pPr>
            <w:r w:rsidRPr="00531554">
              <w:rPr>
                <w:color w:val="6B7280"/>
                <w:sz w:val="16"/>
                <w:lang w:val="da-DK"/>
              </w:rPr>
              <w:t>[hvad skal personen især bidrage med?]</w:t>
            </w:r>
          </w:p>
        </w:tc>
        <w:tc>
          <w:tcPr>
            <w:tcW w:w="3855" w:type="dxa"/>
            <w:tcMar>
              <w:top w:w="80" w:type="dxa"/>
              <w:left w:w="80" w:type="dxa"/>
              <w:bottom w:w="80" w:type="dxa"/>
              <w:right w:w="80" w:type="dxa"/>
            </w:tcMar>
          </w:tcPr>
          <w:p w14:paraId="5D999659" w14:textId="77777777" w:rsidR="00436CB6" w:rsidRPr="00531554" w:rsidRDefault="00392156">
            <w:pPr>
              <w:rPr>
                <w:lang w:val="da-DK"/>
              </w:rPr>
            </w:pPr>
            <w:r w:rsidRPr="00531554">
              <w:rPr>
                <w:color w:val="6B7280"/>
                <w:sz w:val="16"/>
                <w:lang w:val="da-DK"/>
              </w:rPr>
              <w:t>[mikrofon, placering, andet]</w:t>
            </w:r>
          </w:p>
        </w:tc>
      </w:tr>
      <w:tr w:rsidR="00436CB6" w:rsidRPr="00531554" w14:paraId="5E978F2A" w14:textId="77777777">
        <w:trPr>
          <w:jc w:val="center"/>
        </w:trPr>
        <w:tc>
          <w:tcPr>
            <w:tcW w:w="3855" w:type="dxa"/>
            <w:tcMar>
              <w:top w:w="80" w:type="dxa"/>
              <w:left w:w="80" w:type="dxa"/>
              <w:bottom w:w="80" w:type="dxa"/>
              <w:right w:w="80" w:type="dxa"/>
            </w:tcMar>
          </w:tcPr>
          <w:p w14:paraId="21D7E1FC" w14:textId="77777777" w:rsidR="00436CB6" w:rsidRPr="00531554" w:rsidRDefault="00392156">
            <w:pPr>
              <w:rPr>
                <w:lang w:val="da-DK"/>
              </w:rPr>
            </w:pPr>
            <w:r w:rsidRPr="00531554">
              <w:rPr>
                <w:color w:val="6B7280"/>
                <w:sz w:val="16"/>
                <w:lang w:val="da-DK"/>
              </w:rPr>
              <w:t>[navn]</w:t>
            </w:r>
          </w:p>
        </w:tc>
        <w:tc>
          <w:tcPr>
            <w:tcW w:w="3855" w:type="dxa"/>
            <w:tcMar>
              <w:top w:w="80" w:type="dxa"/>
              <w:left w:w="80" w:type="dxa"/>
              <w:bottom w:w="80" w:type="dxa"/>
              <w:right w:w="80" w:type="dxa"/>
            </w:tcMar>
          </w:tcPr>
          <w:p w14:paraId="72055763" w14:textId="77777777" w:rsidR="00436CB6" w:rsidRPr="00531554" w:rsidRDefault="00392156">
            <w:pPr>
              <w:rPr>
                <w:lang w:val="da-DK"/>
              </w:rPr>
            </w:pPr>
            <w:r w:rsidRPr="00531554">
              <w:rPr>
                <w:color w:val="6B7280"/>
                <w:sz w:val="16"/>
                <w:lang w:val="da-DK"/>
              </w:rPr>
              <w:t>[rolle / organisation]</w:t>
            </w:r>
          </w:p>
        </w:tc>
        <w:tc>
          <w:tcPr>
            <w:tcW w:w="3855" w:type="dxa"/>
            <w:tcMar>
              <w:top w:w="80" w:type="dxa"/>
              <w:left w:w="80" w:type="dxa"/>
              <w:bottom w:w="80" w:type="dxa"/>
              <w:right w:w="80" w:type="dxa"/>
            </w:tcMar>
          </w:tcPr>
          <w:p w14:paraId="51F65ECF" w14:textId="77777777" w:rsidR="00436CB6" w:rsidRPr="00531554" w:rsidRDefault="00392156">
            <w:pPr>
              <w:rPr>
                <w:lang w:val="da-DK"/>
              </w:rPr>
            </w:pPr>
            <w:r w:rsidRPr="00531554">
              <w:rPr>
                <w:color w:val="6B7280"/>
                <w:sz w:val="16"/>
                <w:lang w:val="da-DK"/>
              </w:rPr>
              <w:t>[hvad skal personen især bidrage med?]</w:t>
            </w:r>
          </w:p>
        </w:tc>
        <w:tc>
          <w:tcPr>
            <w:tcW w:w="3855" w:type="dxa"/>
            <w:tcMar>
              <w:top w:w="80" w:type="dxa"/>
              <w:left w:w="80" w:type="dxa"/>
              <w:bottom w:w="80" w:type="dxa"/>
              <w:right w:w="80" w:type="dxa"/>
            </w:tcMar>
          </w:tcPr>
          <w:p w14:paraId="73A01020" w14:textId="77777777" w:rsidR="00436CB6" w:rsidRPr="00531554" w:rsidRDefault="00392156">
            <w:pPr>
              <w:rPr>
                <w:lang w:val="da-DK"/>
              </w:rPr>
            </w:pPr>
            <w:r w:rsidRPr="00531554">
              <w:rPr>
                <w:color w:val="6B7280"/>
                <w:sz w:val="16"/>
                <w:lang w:val="da-DK"/>
              </w:rPr>
              <w:t>[mikrofon, placering, andet]</w:t>
            </w:r>
          </w:p>
        </w:tc>
      </w:tr>
      <w:tr w:rsidR="00436CB6" w:rsidRPr="00531554" w14:paraId="228B3F9A" w14:textId="77777777">
        <w:trPr>
          <w:jc w:val="center"/>
        </w:trPr>
        <w:tc>
          <w:tcPr>
            <w:tcW w:w="3855" w:type="dxa"/>
            <w:tcMar>
              <w:top w:w="80" w:type="dxa"/>
              <w:left w:w="80" w:type="dxa"/>
              <w:bottom w:w="80" w:type="dxa"/>
              <w:right w:w="80" w:type="dxa"/>
            </w:tcMar>
          </w:tcPr>
          <w:p w14:paraId="775C1BB1" w14:textId="77777777" w:rsidR="00436CB6" w:rsidRPr="00531554" w:rsidRDefault="00392156">
            <w:pPr>
              <w:rPr>
                <w:lang w:val="da-DK"/>
              </w:rPr>
            </w:pPr>
            <w:r w:rsidRPr="00531554">
              <w:rPr>
                <w:color w:val="6B7280"/>
                <w:sz w:val="16"/>
                <w:lang w:val="da-DK"/>
              </w:rPr>
              <w:t>[navn]</w:t>
            </w:r>
          </w:p>
        </w:tc>
        <w:tc>
          <w:tcPr>
            <w:tcW w:w="3855" w:type="dxa"/>
            <w:tcMar>
              <w:top w:w="80" w:type="dxa"/>
              <w:left w:w="80" w:type="dxa"/>
              <w:bottom w:w="80" w:type="dxa"/>
              <w:right w:w="80" w:type="dxa"/>
            </w:tcMar>
          </w:tcPr>
          <w:p w14:paraId="239F428C" w14:textId="77777777" w:rsidR="00436CB6" w:rsidRPr="00531554" w:rsidRDefault="00392156">
            <w:pPr>
              <w:rPr>
                <w:lang w:val="da-DK"/>
              </w:rPr>
            </w:pPr>
            <w:r w:rsidRPr="00531554">
              <w:rPr>
                <w:color w:val="6B7280"/>
                <w:sz w:val="16"/>
                <w:lang w:val="da-DK"/>
              </w:rPr>
              <w:t>[rolle / organisation]</w:t>
            </w:r>
          </w:p>
        </w:tc>
        <w:tc>
          <w:tcPr>
            <w:tcW w:w="3855" w:type="dxa"/>
            <w:tcMar>
              <w:top w:w="80" w:type="dxa"/>
              <w:left w:w="80" w:type="dxa"/>
              <w:bottom w:w="80" w:type="dxa"/>
              <w:right w:w="80" w:type="dxa"/>
            </w:tcMar>
          </w:tcPr>
          <w:p w14:paraId="2FC8C868" w14:textId="77777777" w:rsidR="00436CB6" w:rsidRPr="00531554" w:rsidRDefault="00392156">
            <w:pPr>
              <w:rPr>
                <w:lang w:val="da-DK"/>
              </w:rPr>
            </w:pPr>
            <w:r w:rsidRPr="00531554">
              <w:rPr>
                <w:color w:val="6B7280"/>
                <w:sz w:val="16"/>
                <w:lang w:val="da-DK"/>
              </w:rPr>
              <w:t>[hvad skal personen især bidrage med?]</w:t>
            </w:r>
          </w:p>
        </w:tc>
        <w:tc>
          <w:tcPr>
            <w:tcW w:w="3855" w:type="dxa"/>
            <w:tcMar>
              <w:top w:w="80" w:type="dxa"/>
              <w:left w:w="80" w:type="dxa"/>
              <w:bottom w:w="80" w:type="dxa"/>
              <w:right w:w="80" w:type="dxa"/>
            </w:tcMar>
          </w:tcPr>
          <w:p w14:paraId="44BD0590" w14:textId="77777777" w:rsidR="00436CB6" w:rsidRPr="00531554" w:rsidRDefault="00392156">
            <w:pPr>
              <w:rPr>
                <w:lang w:val="da-DK"/>
              </w:rPr>
            </w:pPr>
            <w:r w:rsidRPr="00531554">
              <w:rPr>
                <w:color w:val="6B7280"/>
                <w:sz w:val="16"/>
                <w:lang w:val="da-DK"/>
              </w:rPr>
              <w:t>[mikrofon, placering, andet]</w:t>
            </w:r>
          </w:p>
        </w:tc>
      </w:tr>
      <w:tr w:rsidR="00436CB6" w:rsidRPr="00531554" w14:paraId="208DA18D" w14:textId="77777777">
        <w:trPr>
          <w:jc w:val="center"/>
        </w:trPr>
        <w:tc>
          <w:tcPr>
            <w:tcW w:w="3855" w:type="dxa"/>
            <w:tcMar>
              <w:top w:w="80" w:type="dxa"/>
              <w:left w:w="80" w:type="dxa"/>
              <w:bottom w:w="80" w:type="dxa"/>
              <w:right w:w="80" w:type="dxa"/>
            </w:tcMar>
          </w:tcPr>
          <w:p w14:paraId="5313CC10" w14:textId="77777777" w:rsidR="00436CB6" w:rsidRPr="00531554" w:rsidRDefault="00392156">
            <w:pPr>
              <w:rPr>
                <w:lang w:val="da-DK"/>
              </w:rPr>
            </w:pPr>
            <w:r w:rsidRPr="00531554">
              <w:rPr>
                <w:color w:val="6B7280"/>
                <w:sz w:val="16"/>
                <w:lang w:val="da-DK"/>
              </w:rPr>
              <w:t>[navn]</w:t>
            </w:r>
          </w:p>
        </w:tc>
        <w:tc>
          <w:tcPr>
            <w:tcW w:w="3855" w:type="dxa"/>
            <w:tcMar>
              <w:top w:w="80" w:type="dxa"/>
              <w:left w:w="80" w:type="dxa"/>
              <w:bottom w:w="80" w:type="dxa"/>
              <w:right w:w="80" w:type="dxa"/>
            </w:tcMar>
          </w:tcPr>
          <w:p w14:paraId="398868D7" w14:textId="77777777" w:rsidR="00436CB6" w:rsidRPr="00531554" w:rsidRDefault="00392156">
            <w:pPr>
              <w:rPr>
                <w:lang w:val="da-DK"/>
              </w:rPr>
            </w:pPr>
            <w:r w:rsidRPr="00531554">
              <w:rPr>
                <w:color w:val="6B7280"/>
                <w:sz w:val="16"/>
                <w:lang w:val="da-DK"/>
              </w:rPr>
              <w:t>[rolle / organisation]</w:t>
            </w:r>
          </w:p>
        </w:tc>
        <w:tc>
          <w:tcPr>
            <w:tcW w:w="3855" w:type="dxa"/>
            <w:tcMar>
              <w:top w:w="80" w:type="dxa"/>
              <w:left w:w="80" w:type="dxa"/>
              <w:bottom w:w="80" w:type="dxa"/>
              <w:right w:w="80" w:type="dxa"/>
            </w:tcMar>
          </w:tcPr>
          <w:p w14:paraId="412AD094" w14:textId="77777777" w:rsidR="00436CB6" w:rsidRPr="00531554" w:rsidRDefault="00392156">
            <w:pPr>
              <w:rPr>
                <w:lang w:val="da-DK"/>
              </w:rPr>
            </w:pPr>
            <w:r w:rsidRPr="00531554">
              <w:rPr>
                <w:color w:val="6B7280"/>
                <w:sz w:val="16"/>
                <w:lang w:val="da-DK"/>
              </w:rPr>
              <w:t>[hvad skal personen især bidrage med?]</w:t>
            </w:r>
          </w:p>
        </w:tc>
        <w:tc>
          <w:tcPr>
            <w:tcW w:w="3855" w:type="dxa"/>
            <w:tcMar>
              <w:top w:w="80" w:type="dxa"/>
              <w:left w:w="80" w:type="dxa"/>
              <w:bottom w:w="80" w:type="dxa"/>
              <w:right w:w="80" w:type="dxa"/>
            </w:tcMar>
          </w:tcPr>
          <w:p w14:paraId="22909AC1" w14:textId="77777777" w:rsidR="00436CB6" w:rsidRPr="00531554" w:rsidRDefault="00392156">
            <w:pPr>
              <w:rPr>
                <w:lang w:val="da-DK"/>
              </w:rPr>
            </w:pPr>
            <w:r w:rsidRPr="00531554">
              <w:rPr>
                <w:color w:val="6B7280"/>
                <w:sz w:val="16"/>
                <w:lang w:val="da-DK"/>
              </w:rPr>
              <w:t>[mikrofon, placering, andet]</w:t>
            </w:r>
          </w:p>
        </w:tc>
      </w:tr>
    </w:tbl>
    <w:p w14:paraId="3CB77225" w14:textId="77777777" w:rsidR="00436CB6" w:rsidRPr="00531554" w:rsidRDefault="00392156">
      <w:pPr>
        <w:pStyle w:val="Overskrift1"/>
        <w:rPr>
          <w:lang w:val="da-DK"/>
        </w:rPr>
      </w:pPr>
      <w:r w:rsidRPr="00531554">
        <w:rPr>
          <w:lang w:val="da-DK"/>
        </w:rPr>
        <w:lastRenderedPageBreak/>
        <w:t>Roll-out: minut for minut</w:t>
      </w:r>
    </w:p>
    <w:p w14:paraId="64A2C6E3" w14:textId="01556762" w:rsidR="00436CB6" w:rsidRPr="00531554" w:rsidRDefault="00392156">
      <w:pPr>
        <w:spacing w:after="120"/>
        <w:rPr>
          <w:lang w:val="da-DK"/>
        </w:rPr>
      </w:pPr>
      <w:r w:rsidRPr="00531554">
        <w:rPr>
          <w:lang w:val="da-DK"/>
        </w:rPr>
        <w:t xml:space="preserve">Drejebogen er et fælles arbejdsredskab for programarrangør, </w:t>
      </w:r>
      <w:r w:rsidR="006C7714">
        <w:rPr>
          <w:lang w:val="da-DK"/>
        </w:rPr>
        <w:t xml:space="preserve">paneldeltagere, </w:t>
      </w:r>
      <w:r w:rsidRPr="00531554">
        <w:rPr>
          <w:lang w:val="da-DK"/>
        </w:rPr>
        <w:t>moderator, sceneteam og teknik. Skriv kort, konkret og handlingsanvisende.</w:t>
      </w:r>
    </w:p>
    <w:tbl>
      <w:tblPr>
        <w:tblStyle w:val="Tabel-Gitter"/>
        <w:tblW w:w="0" w:type="auto"/>
        <w:jc w:val="center"/>
        <w:tblLook w:val="04A0" w:firstRow="1" w:lastRow="0" w:firstColumn="1" w:lastColumn="0" w:noHBand="0" w:noVBand="1"/>
      </w:tblPr>
      <w:tblGrid>
        <w:gridCol w:w="1808"/>
        <w:gridCol w:w="1870"/>
        <w:gridCol w:w="1922"/>
        <w:gridCol w:w="3740"/>
        <w:gridCol w:w="2190"/>
        <w:gridCol w:w="1889"/>
        <w:gridCol w:w="1991"/>
      </w:tblGrid>
      <w:tr w:rsidR="00436CB6" w:rsidRPr="00531554" w14:paraId="36B7575A" w14:textId="77777777" w:rsidTr="007A30CF">
        <w:trPr>
          <w:tblHeader/>
          <w:jc w:val="center"/>
        </w:trPr>
        <w:tc>
          <w:tcPr>
            <w:tcW w:w="1808" w:type="dxa"/>
            <w:shd w:val="clear" w:color="auto" w:fill="2D3D79"/>
            <w:tcMar>
              <w:top w:w="80" w:type="dxa"/>
              <w:left w:w="80" w:type="dxa"/>
              <w:bottom w:w="80" w:type="dxa"/>
              <w:right w:w="80" w:type="dxa"/>
            </w:tcMar>
          </w:tcPr>
          <w:p w14:paraId="53B4DD50" w14:textId="77777777" w:rsidR="00436CB6" w:rsidRPr="00531554" w:rsidRDefault="00392156">
            <w:pPr>
              <w:rPr>
                <w:lang w:val="da-DK"/>
              </w:rPr>
            </w:pPr>
            <w:r w:rsidRPr="00531554">
              <w:rPr>
                <w:b/>
                <w:color w:val="FFFFFF"/>
                <w:sz w:val="15"/>
                <w:lang w:val="da-DK"/>
              </w:rPr>
              <w:t>Tid</w:t>
            </w:r>
          </w:p>
        </w:tc>
        <w:tc>
          <w:tcPr>
            <w:tcW w:w="1870" w:type="dxa"/>
            <w:shd w:val="clear" w:color="auto" w:fill="2D3D79"/>
            <w:tcMar>
              <w:top w:w="80" w:type="dxa"/>
              <w:left w:w="80" w:type="dxa"/>
              <w:bottom w:w="80" w:type="dxa"/>
              <w:right w:w="80" w:type="dxa"/>
            </w:tcMar>
          </w:tcPr>
          <w:p w14:paraId="5C9B20A6" w14:textId="77777777" w:rsidR="00436CB6" w:rsidRPr="00531554" w:rsidRDefault="00392156">
            <w:pPr>
              <w:rPr>
                <w:lang w:val="da-DK"/>
              </w:rPr>
            </w:pPr>
            <w:r w:rsidRPr="00531554">
              <w:rPr>
                <w:b/>
                <w:color w:val="FFFFFF"/>
                <w:sz w:val="15"/>
                <w:lang w:val="da-DK"/>
              </w:rPr>
              <w:t>Varighed</w:t>
            </w:r>
          </w:p>
        </w:tc>
        <w:tc>
          <w:tcPr>
            <w:tcW w:w="1922" w:type="dxa"/>
            <w:shd w:val="clear" w:color="auto" w:fill="2D3D79"/>
            <w:tcMar>
              <w:top w:w="80" w:type="dxa"/>
              <w:left w:w="80" w:type="dxa"/>
              <w:bottom w:w="80" w:type="dxa"/>
              <w:right w:w="80" w:type="dxa"/>
            </w:tcMar>
          </w:tcPr>
          <w:p w14:paraId="4640714C" w14:textId="77777777" w:rsidR="00436CB6" w:rsidRPr="00531554" w:rsidRDefault="00392156">
            <w:pPr>
              <w:rPr>
                <w:lang w:val="da-DK"/>
              </w:rPr>
            </w:pPr>
            <w:r w:rsidRPr="00531554">
              <w:rPr>
                <w:b/>
                <w:color w:val="FFFFFF"/>
                <w:sz w:val="15"/>
                <w:lang w:val="da-DK"/>
              </w:rPr>
              <w:t>Formål</w:t>
            </w:r>
          </w:p>
        </w:tc>
        <w:tc>
          <w:tcPr>
            <w:tcW w:w="3740" w:type="dxa"/>
            <w:shd w:val="clear" w:color="auto" w:fill="2D3D79"/>
            <w:tcMar>
              <w:top w:w="80" w:type="dxa"/>
              <w:left w:w="80" w:type="dxa"/>
              <w:bottom w:w="80" w:type="dxa"/>
              <w:right w:w="80" w:type="dxa"/>
            </w:tcMar>
          </w:tcPr>
          <w:p w14:paraId="31474727" w14:textId="77777777" w:rsidR="00436CB6" w:rsidRPr="00531554" w:rsidRDefault="00392156">
            <w:pPr>
              <w:rPr>
                <w:lang w:val="da-DK"/>
              </w:rPr>
            </w:pPr>
            <w:r w:rsidRPr="00531554">
              <w:rPr>
                <w:b/>
                <w:color w:val="FFFFFF"/>
                <w:sz w:val="15"/>
                <w:lang w:val="da-DK"/>
              </w:rPr>
              <w:t>Hvad sker der? / moderatorens greb</w:t>
            </w:r>
          </w:p>
        </w:tc>
        <w:tc>
          <w:tcPr>
            <w:tcW w:w="2190" w:type="dxa"/>
            <w:shd w:val="clear" w:color="auto" w:fill="2D3D79"/>
            <w:tcMar>
              <w:top w:w="80" w:type="dxa"/>
              <w:left w:w="80" w:type="dxa"/>
              <w:bottom w:w="80" w:type="dxa"/>
              <w:right w:w="80" w:type="dxa"/>
            </w:tcMar>
          </w:tcPr>
          <w:p w14:paraId="16817524" w14:textId="77777777" w:rsidR="00436CB6" w:rsidRPr="00531554" w:rsidRDefault="00392156">
            <w:pPr>
              <w:rPr>
                <w:lang w:val="da-DK"/>
              </w:rPr>
            </w:pPr>
            <w:r w:rsidRPr="00531554">
              <w:rPr>
                <w:b/>
                <w:color w:val="FFFFFF"/>
                <w:sz w:val="15"/>
                <w:lang w:val="da-DK"/>
              </w:rPr>
              <w:t>Publikumsinddragelse</w:t>
            </w:r>
          </w:p>
        </w:tc>
        <w:tc>
          <w:tcPr>
            <w:tcW w:w="1889" w:type="dxa"/>
            <w:shd w:val="clear" w:color="auto" w:fill="2D3D79"/>
            <w:tcMar>
              <w:top w:w="80" w:type="dxa"/>
              <w:left w:w="80" w:type="dxa"/>
              <w:bottom w:w="80" w:type="dxa"/>
              <w:right w:w="80" w:type="dxa"/>
            </w:tcMar>
          </w:tcPr>
          <w:p w14:paraId="7F77B4F9" w14:textId="77777777" w:rsidR="00436CB6" w:rsidRPr="00531554" w:rsidRDefault="00392156">
            <w:pPr>
              <w:rPr>
                <w:lang w:val="da-DK"/>
              </w:rPr>
            </w:pPr>
            <w:r w:rsidRPr="00531554">
              <w:rPr>
                <w:b/>
                <w:color w:val="FFFFFF"/>
                <w:sz w:val="15"/>
                <w:lang w:val="da-DK"/>
              </w:rPr>
              <w:t>Teknik &amp; materialer</w:t>
            </w:r>
          </w:p>
        </w:tc>
        <w:tc>
          <w:tcPr>
            <w:tcW w:w="1991" w:type="dxa"/>
            <w:shd w:val="clear" w:color="auto" w:fill="2D3D79"/>
            <w:tcMar>
              <w:top w:w="80" w:type="dxa"/>
              <w:left w:w="80" w:type="dxa"/>
              <w:bottom w:w="80" w:type="dxa"/>
              <w:right w:w="80" w:type="dxa"/>
            </w:tcMar>
          </w:tcPr>
          <w:p w14:paraId="2E66BEED" w14:textId="77777777" w:rsidR="00436CB6" w:rsidRPr="00531554" w:rsidRDefault="00392156">
            <w:pPr>
              <w:rPr>
                <w:lang w:val="da-DK"/>
              </w:rPr>
            </w:pPr>
            <w:r w:rsidRPr="00531554">
              <w:rPr>
                <w:b/>
                <w:color w:val="FFFFFF"/>
                <w:sz w:val="15"/>
                <w:lang w:val="da-DK"/>
              </w:rPr>
              <w:t>Ansvar</w:t>
            </w:r>
          </w:p>
        </w:tc>
      </w:tr>
      <w:tr w:rsidR="00436CB6" w:rsidRPr="00531554" w14:paraId="652C5053" w14:textId="77777777" w:rsidTr="007A30CF">
        <w:trPr>
          <w:trHeight w:val="351"/>
          <w:jc w:val="center"/>
        </w:trPr>
        <w:tc>
          <w:tcPr>
            <w:tcW w:w="1808" w:type="dxa"/>
            <w:shd w:val="clear" w:color="auto" w:fill="F3F4F6"/>
            <w:tcMar>
              <w:top w:w="80" w:type="dxa"/>
              <w:left w:w="80" w:type="dxa"/>
              <w:bottom w:w="80" w:type="dxa"/>
              <w:right w:w="80" w:type="dxa"/>
            </w:tcMar>
          </w:tcPr>
          <w:p w14:paraId="329ED596" w14:textId="062ABF44" w:rsidR="00436CB6" w:rsidRPr="00531554" w:rsidRDefault="00392156">
            <w:pPr>
              <w:rPr>
                <w:lang w:val="da-DK"/>
              </w:rPr>
            </w:pPr>
            <w:r w:rsidRPr="00531554">
              <w:rPr>
                <w:color w:val="000000"/>
                <w:sz w:val="15"/>
                <w:lang w:val="da-DK"/>
              </w:rPr>
              <w:t>–</w:t>
            </w:r>
            <w:r w:rsidR="00526F17" w:rsidRPr="00531554">
              <w:rPr>
                <w:color w:val="000000"/>
                <w:sz w:val="15"/>
                <w:lang w:val="da-DK"/>
              </w:rPr>
              <w:t>60</w:t>
            </w:r>
          </w:p>
        </w:tc>
        <w:tc>
          <w:tcPr>
            <w:tcW w:w="1870" w:type="dxa"/>
            <w:shd w:val="clear" w:color="auto" w:fill="F3F4F6"/>
            <w:tcMar>
              <w:top w:w="80" w:type="dxa"/>
              <w:left w:w="80" w:type="dxa"/>
              <w:bottom w:w="80" w:type="dxa"/>
              <w:right w:w="80" w:type="dxa"/>
            </w:tcMar>
          </w:tcPr>
          <w:p w14:paraId="1274B6AF" w14:textId="156156D7" w:rsidR="00436CB6" w:rsidRPr="00531554" w:rsidRDefault="00526F17">
            <w:pPr>
              <w:rPr>
                <w:lang w:val="da-DK"/>
              </w:rPr>
            </w:pPr>
            <w:r w:rsidRPr="00531554">
              <w:rPr>
                <w:color w:val="000000"/>
                <w:sz w:val="15"/>
                <w:lang w:val="da-DK"/>
              </w:rPr>
              <w:t>N/A</w:t>
            </w:r>
            <w:r w:rsidR="00392156" w:rsidRPr="00531554">
              <w:rPr>
                <w:color w:val="000000"/>
                <w:sz w:val="15"/>
                <w:lang w:val="da-DK"/>
              </w:rPr>
              <w:t>.</w:t>
            </w:r>
          </w:p>
        </w:tc>
        <w:tc>
          <w:tcPr>
            <w:tcW w:w="1922" w:type="dxa"/>
            <w:shd w:val="clear" w:color="auto" w:fill="F3F4F6"/>
            <w:tcMar>
              <w:top w:w="80" w:type="dxa"/>
              <w:left w:w="80" w:type="dxa"/>
              <w:bottom w:w="80" w:type="dxa"/>
              <w:right w:w="80" w:type="dxa"/>
            </w:tcMar>
          </w:tcPr>
          <w:p w14:paraId="22910D3A" w14:textId="678BF26C" w:rsidR="00436CB6" w:rsidRPr="00531554" w:rsidRDefault="00FC334D">
            <w:pPr>
              <w:rPr>
                <w:lang w:val="da-DK"/>
              </w:rPr>
            </w:pPr>
            <w:r w:rsidRPr="00531554">
              <w:rPr>
                <w:color w:val="000000"/>
                <w:sz w:val="15"/>
                <w:lang w:val="da-DK"/>
              </w:rPr>
              <w:t>Skærmindhold</w:t>
            </w:r>
          </w:p>
        </w:tc>
        <w:tc>
          <w:tcPr>
            <w:tcW w:w="3740" w:type="dxa"/>
            <w:shd w:val="clear" w:color="auto" w:fill="F3F4F6"/>
            <w:tcMar>
              <w:top w:w="80" w:type="dxa"/>
              <w:left w:w="80" w:type="dxa"/>
              <w:bottom w:w="80" w:type="dxa"/>
              <w:right w:w="80" w:type="dxa"/>
            </w:tcMar>
          </w:tcPr>
          <w:p w14:paraId="31B51FA5" w14:textId="2D39FC41" w:rsidR="00436CB6" w:rsidRPr="00531554" w:rsidRDefault="0022003B">
            <w:pPr>
              <w:rPr>
                <w:lang w:val="da-DK"/>
              </w:rPr>
            </w:pPr>
            <w:r w:rsidRPr="00531554">
              <w:rPr>
                <w:color w:val="000000"/>
                <w:sz w:val="15"/>
                <w:lang w:val="da-DK"/>
              </w:rPr>
              <w:t xml:space="preserve">Aflever skærmindhold på USB senest under programpunktet </w:t>
            </w:r>
            <w:r w:rsidRPr="00963B52">
              <w:rPr>
                <w:b/>
                <w:bCs/>
                <w:i/>
                <w:iCs/>
                <w:color w:val="000000"/>
                <w:sz w:val="15"/>
                <w:lang w:val="da-DK"/>
              </w:rPr>
              <w:t>før</w:t>
            </w:r>
            <w:r w:rsidRPr="00531554">
              <w:rPr>
                <w:color w:val="000000"/>
                <w:sz w:val="15"/>
                <w:lang w:val="da-DK"/>
              </w:rPr>
              <w:t xml:space="preserve"> jeres eget. Sørg også for, at jeres skærmafvikler er klar inden start.</w:t>
            </w:r>
          </w:p>
        </w:tc>
        <w:tc>
          <w:tcPr>
            <w:tcW w:w="2190" w:type="dxa"/>
            <w:shd w:val="clear" w:color="auto" w:fill="F3F4F6"/>
            <w:tcMar>
              <w:top w:w="80" w:type="dxa"/>
              <w:left w:w="80" w:type="dxa"/>
              <w:bottom w:w="80" w:type="dxa"/>
              <w:right w:w="80" w:type="dxa"/>
            </w:tcMar>
          </w:tcPr>
          <w:p w14:paraId="0C8BD1EA" w14:textId="77777777" w:rsidR="00436CB6" w:rsidRPr="00531554" w:rsidRDefault="00392156">
            <w:pPr>
              <w:rPr>
                <w:lang w:val="da-DK"/>
              </w:rPr>
            </w:pPr>
            <w:r w:rsidRPr="00531554">
              <w:rPr>
                <w:color w:val="000000"/>
                <w:sz w:val="15"/>
                <w:lang w:val="da-DK"/>
              </w:rPr>
              <w:t>—</w:t>
            </w:r>
          </w:p>
        </w:tc>
        <w:tc>
          <w:tcPr>
            <w:tcW w:w="1889" w:type="dxa"/>
            <w:shd w:val="clear" w:color="auto" w:fill="F3F4F6"/>
            <w:tcMar>
              <w:top w:w="80" w:type="dxa"/>
              <w:left w:w="80" w:type="dxa"/>
              <w:bottom w:w="80" w:type="dxa"/>
              <w:right w:w="80" w:type="dxa"/>
            </w:tcMar>
          </w:tcPr>
          <w:p w14:paraId="6B00B0BB" w14:textId="203C2295" w:rsidR="00436CB6" w:rsidRPr="00531554" w:rsidRDefault="00FC334D">
            <w:pPr>
              <w:rPr>
                <w:lang w:val="da-DK"/>
              </w:rPr>
            </w:pPr>
            <w:r w:rsidRPr="00531554">
              <w:rPr>
                <w:color w:val="000000"/>
                <w:sz w:val="15"/>
                <w:lang w:val="da-DK"/>
              </w:rPr>
              <w:t>Skærmindhold på USB</w:t>
            </w:r>
          </w:p>
        </w:tc>
        <w:tc>
          <w:tcPr>
            <w:tcW w:w="1991" w:type="dxa"/>
            <w:shd w:val="clear" w:color="auto" w:fill="F3F4F6"/>
            <w:tcMar>
              <w:top w:w="80" w:type="dxa"/>
              <w:left w:w="80" w:type="dxa"/>
              <w:bottom w:w="80" w:type="dxa"/>
              <w:right w:w="80" w:type="dxa"/>
            </w:tcMar>
          </w:tcPr>
          <w:p w14:paraId="1488F504" w14:textId="34C25283" w:rsidR="00436CB6" w:rsidRPr="00531554" w:rsidRDefault="00392156">
            <w:pPr>
              <w:rPr>
                <w:lang w:val="da-DK"/>
              </w:rPr>
            </w:pPr>
            <w:r w:rsidRPr="00531554">
              <w:rPr>
                <w:color w:val="000000"/>
                <w:sz w:val="15"/>
                <w:lang w:val="da-DK"/>
              </w:rPr>
              <w:t xml:space="preserve">Programarrangør + </w:t>
            </w:r>
            <w:r w:rsidR="002E5A4D" w:rsidRPr="00531554">
              <w:rPr>
                <w:color w:val="000000"/>
                <w:sz w:val="15"/>
                <w:lang w:val="da-DK"/>
              </w:rPr>
              <w:t>S</w:t>
            </w:r>
            <w:r w:rsidRPr="00531554">
              <w:rPr>
                <w:color w:val="000000"/>
                <w:sz w:val="15"/>
                <w:lang w:val="da-DK"/>
              </w:rPr>
              <w:t>ceneteam</w:t>
            </w:r>
          </w:p>
        </w:tc>
      </w:tr>
      <w:tr w:rsidR="00FF2E9D" w:rsidRPr="00531554" w14:paraId="331C9ACF" w14:textId="77777777" w:rsidTr="00BB752E">
        <w:trPr>
          <w:trHeight w:val="351"/>
          <w:jc w:val="center"/>
        </w:trPr>
        <w:tc>
          <w:tcPr>
            <w:tcW w:w="1808" w:type="dxa"/>
            <w:shd w:val="clear" w:color="auto" w:fill="F3F4F6"/>
            <w:tcMar>
              <w:top w:w="80" w:type="dxa"/>
              <w:left w:w="80" w:type="dxa"/>
              <w:bottom w:w="80" w:type="dxa"/>
              <w:right w:w="80" w:type="dxa"/>
            </w:tcMar>
          </w:tcPr>
          <w:p w14:paraId="69D7A8F8" w14:textId="77777777" w:rsidR="00FF2E9D" w:rsidRPr="00531554" w:rsidRDefault="00FF2E9D" w:rsidP="00BB752E">
            <w:pPr>
              <w:rPr>
                <w:lang w:val="da-DK"/>
              </w:rPr>
            </w:pPr>
            <w:r w:rsidRPr="00531554">
              <w:rPr>
                <w:color w:val="000000"/>
                <w:sz w:val="15"/>
                <w:lang w:val="da-DK"/>
              </w:rPr>
              <w:t>–20</w:t>
            </w:r>
          </w:p>
        </w:tc>
        <w:tc>
          <w:tcPr>
            <w:tcW w:w="1870" w:type="dxa"/>
            <w:shd w:val="clear" w:color="auto" w:fill="F3F4F6"/>
            <w:tcMar>
              <w:top w:w="80" w:type="dxa"/>
              <w:left w:w="80" w:type="dxa"/>
              <w:bottom w:w="80" w:type="dxa"/>
              <w:right w:w="80" w:type="dxa"/>
            </w:tcMar>
          </w:tcPr>
          <w:p w14:paraId="117A2736" w14:textId="77777777" w:rsidR="00FF2E9D" w:rsidRPr="00531554" w:rsidRDefault="00FF2E9D" w:rsidP="00BB752E">
            <w:pPr>
              <w:rPr>
                <w:lang w:val="da-DK"/>
              </w:rPr>
            </w:pPr>
            <w:r w:rsidRPr="00531554">
              <w:rPr>
                <w:color w:val="000000"/>
                <w:sz w:val="15"/>
                <w:lang w:val="da-DK"/>
              </w:rPr>
              <w:t>10 min.</w:t>
            </w:r>
          </w:p>
        </w:tc>
        <w:tc>
          <w:tcPr>
            <w:tcW w:w="1922" w:type="dxa"/>
            <w:shd w:val="clear" w:color="auto" w:fill="F3F4F6"/>
            <w:tcMar>
              <w:top w:w="80" w:type="dxa"/>
              <w:left w:w="80" w:type="dxa"/>
              <w:bottom w:w="80" w:type="dxa"/>
              <w:right w:w="80" w:type="dxa"/>
            </w:tcMar>
          </w:tcPr>
          <w:p w14:paraId="163EF26D" w14:textId="77777777" w:rsidR="00FF2E9D" w:rsidRPr="00531554" w:rsidRDefault="00FF2E9D" w:rsidP="00BB752E">
            <w:pPr>
              <w:rPr>
                <w:lang w:val="da-DK"/>
              </w:rPr>
            </w:pPr>
            <w:r w:rsidRPr="00531554">
              <w:rPr>
                <w:color w:val="000000"/>
                <w:sz w:val="15"/>
                <w:lang w:val="da-DK"/>
              </w:rPr>
              <w:t>Klargøring</w:t>
            </w:r>
          </w:p>
        </w:tc>
        <w:tc>
          <w:tcPr>
            <w:tcW w:w="3740" w:type="dxa"/>
            <w:shd w:val="clear" w:color="auto" w:fill="F3F4F6"/>
            <w:tcMar>
              <w:top w:w="80" w:type="dxa"/>
              <w:left w:w="80" w:type="dxa"/>
              <w:bottom w:w="80" w:type="dxa"/>
              <w:right w:w="80" w:type="dxa"/>
            </w:tcMar>
          </w:tcPr>
          <w:p w14:paraId="7201EE05" w14:textId="7569AEFF" w:rsidR="00963B52" w:rsidRPr="00407673" w:rsidRDefault="006C7714" w:rsidP="00BB752E">
            <w:pPr>
              <w:rPr>
                <w:sz w:val="15"/>
                <w:lang w:val="da-DK"/>
              </w:rPr>
            </w:pPr>
            <w:r>
              <w:rPr>
                <w:sz w:val="15"/>
                <w:lang w:val="da-DK"/>
              </w:rPr>
              <w:t>Paneld</w:t>
            </w:r>
            <w:r w:rsidR="00963B52" w:rsidRPr="00407673">
              <w:rPr>
                <w:sz w:val="15"/>
                <w:lang w:val="da-DK"/>
              </w:rPr>
              <w:t>eltagere møder ind</w:t>
            </w:r>
            <w:r w:rsidR="0094033A" w:rsidRPr="00407673">
              <w:rPr>
                <w:sz w:val="15"/>
                <w:lang w:val="da-DK"/>
              </w:rPr>
              <w:t xml:space="preserve"> og bydes velkommen</w:t>
            </w:r>
            <w:r w:rsidR="00963B52" w:rsidRPr="00407673">
              <w:rPr>
                <w:sz w:val="15"/>
                <w:lang w:val="da-DK"/>
              </w:rPr>
              <w:t xml:space="preserve"> </w:t>
            </w:r>
          </w:p>
          <w:p w14:paraId="07E6EEBB" w14:textId="265DA7FA" w:rsidR="00FF2E9D" w:rsidRPr="00407673" w:rsidRDefault="00FF2E9D" w:rsidP="00BB752E">
            <w:pPr>
              <w:rPr>
                <w:lang w:val="da-DK"/>
              </w:rPr>
            </w:pPr>
            <w:r w:rsidRPr="00407673">
              <w:rPr>
                <w:sz w:val="15"/>
                <w:lang w:val="da-DK"/>
              </w:rPr>
              <w:t>Scenetjek. Gennemgå opstilling, navne, rækkefølge og de vigtigste cues.</w:t>
            </w:r>
          </w:p>
        </w:tc>
        <w:tc>
          <w:tcPr>
            <w:tcW w:w="2190" w:type="dxa"/>
            <w:shd w:val="clear" w:color="auto" w:fill="F3F4F6"/>
            <w:tcMar>
              <w:top w:w="80" w:type="dxa"/>
              <w:left w:w="80" w:type="dxa"/>
              <w:bottom w:w="80" w:type="dxa"/>
              <w:right w:w="80" w:type="dxa"/>
            </w:tcMar>
          </w:tcPr>
          <w:p w14:paraId="41613913" w14:textId="77777777" w:rsidR="00FF2E9D" w:rsidRPr="00531554" w:rsidRDefault="00FF2E9D" w:rsidP="00BB752E">
            <w:pPr>
              <w:rPr>
                <w:lang w:val="da-DK"/>
              </w:rPr>
            </w:pPr>
            <w:r w:rsidRPr="00531554">
              <w:rPr>
                <w:color w:val="000000"/>
                <w:sz w:val="15"/>
                <w:lang w:val="da-DK"/>
              </w:rPr>
              <w:t>—</w:t>
            </w:r>
          </w:p>
        </w:tc>
        <w:tc>
          <w:tcPr>
            <w:tcW w:w="1889" w:type="dxa"/>
            <w:shd w:val="clear" w:color="auto" w:fill="F3F4F6"/>
            <w:tcMar>
              <w:top w:w="80" w:type="dxa"/>
              <w:left w:w="80" w:type="dxa"/>
              <w:bottom w:w="80" w:type="dxa"/>
              <w:right w:w="80" w:type="dxa"/>
            </w:tcMar>
          </w:tcPr>
          <w:p w14:paraId="49D77022" w14:textId="77777777" w:rsidR="00FF2E9D" w:rsidRPr="00531554" w:rsidRDefault="00FF2E9D" w:rsidP="00BB752E">
            <w:pPr>
              <w:rPr>
                <w:lang w:val="da-DK"/>
              </w:rPr>
            </w:pPr>
            <w:r w:rsidRPr="00531554">
              <w:rPr>
                <w:color w:val="000000"/>
                <w:sz w:val="15"/>
                <w:lang w:val="da-DK"/>
              </w:rPr>
              <w:t>Skærme / slides / rekvisitter</w:t>
            </w:r>
          </w:p>
        </w:tc>
        <w:tc>
          <w:tcPr>
            <w:tcW w:w="1991" w:type="dxa"/>
            <w:shd w:val="clear" w:color="auto" w:fill="F3F4F6"/>
            <w:tcMar>
              <w:top w:w="80" w:type="dxa"/>
              <w:left w:w="80" w:type="dxa"/>
              <w:bottom w:w="80" w:type="dxa"/>
              <w:right w:w="80" w:type="dxa"/>
            </w:tcMar>
          </w:tcPr>
          <w:p w14:paraId="68F5A735" w14:textId="77777777" w:rsidR="00FF2E9D" w:rsidRPr="00531554" w:rsidRDefault="00FF2E9D" w:rsidP="00BB752E">
            <w:pPr>
              <w:rPr>
                <w:lang w:val="da-DK"/>
              </w:rPr>
            </w:pPr>
            <w:r w:rsidRPr="00531554">
              <w:rPr>
                <w:color w:val="000000"/>
                <w:sz w:val="15"/>
                <w:lang w:val="da-DK"/>
              </w:rPr>
              <w:t>Programarrangør + Sceneteam</w:t>
            </w:r>
          </w:p>
        </w:tc>
      </w:tr>
      <w:tr w:rsidR="00436CB6" w:rsidRPr="00531554" w14:paraId="7C3C0904" w14:textId="77777777" w:rsidTr="007A30CF">
        <w:trPr>
          <w:trHeight w:val="351"/>
          <w:jc w:val="center"/>
        </w:trPr>
        <w:tc>
          <w:tcPr>
            <w:tcW w:w="1808" w:type="dxa"/>
            <w:shd w:val="clear" w:color="auto" w:fill="F3F4F6"/>
            <w:tcMar>
              <w:top w:w="80" w:type="dxa"/>
              <w:left w:w="80" w:type="dxa"/>
              <w:bottom w:w="80" w:type="dxa"/>
              <w:right w:w="80" w:type="dxa"/>
            </w:tcMar>
          </w:tcPr>
          <w:p w14:paraId="7FDAD508" w14:textId="719FD18E" w:rsidR="00436CB6" w:rsidRPr="00531554" w:rsidRDefault="00392156">
            <w:pPr>
              <w:rPr>
                <w:lang w:val="da-DK"/>
              </w:rPr>
            </w:pPr>
            <w:r w:rsidRPr="00531554">
              <w:rPr>
                <w:color w:val="000000"/>
                <w:sz w:val="15"/>
                <w:lang w:val="da-DK"/>
              </w:rPr>
              <w:t>–</w:t>
            </w:r>
            <w:r w:rsidR="008D22CE" w:rsidRPr="00531554">
              <w:rPr>
                <w:color w:val="000000"/>
                <w:sz w:val="15"/>
                <w:lang w:val="da-DK"/>
              </w:rPr>
              <w:t>15</w:t>
            </w:r>
          </w:p>
        </w:tc>
        <w:tc>
          <w:tcPr>
            <w:tcW w:w="1870" w:type="dxa"/>
            <w:shd w:val="clear" w:color="auto" w:fill="F3F4F6"/>
            <w:tcMar>
              <w:top w:w="80" w:type="dxa"/>
              <w:left w:w="80" w:type="dxa"/>
              <w:bottom w:w="80" w:type="dxa"/>
              <w:right w:w="80" w:type="dxa"/>
            </w:tcMar>
          </w:tcPr>
          <w:p w14:paraId="092B98FC" w14:textId="77777777" w:rsidR="00436CB6" w:rsidRPr="00531554" w:rsidRDefault="00392156">
            <w:pPr>
              <w:rPr>
                <w:lang w:val="da-DK"/>
              </w:rPr>
            </w:pPr>
            <w:r w:rsidRPr="00531554">
              <w:rPr>
                <w:color w:val="000000"/>
                <w:sz w:val="15"/>
                <w:lang w:val="da-DK"/>
              </w:rPr>
              <w:t>5 min.</w:t>
            </w:r>
          </w:p>
        </w:tc>
        <w:tc>
          <w:tcPr>
            <w:tcW w:w="1922" w:type="dxa"/>
            <w:shd w:val="clear" w:color="auto" w:fill="F3F4F6"/>
            <w:tcMar>
              <w:top w:w="80" w:type="dxa"/>
              <w:left w:w="80" w:type="dxa"/>
              <w:bottom w:w="80" w:type="dxa"/>
              <w:right w:w="80" w:type="dxa"/>
            </w:tcMar>
          </w:tcPr>
          <w:p w14:paraId="68989F6F" w14:textId="77777777" w:rsidR="00436CB6" w:rsidRPr="00531554" w:rsidRDefault="00392156">
            <w:pPr>
              <w:rPr>
                <w:lang w:val="da-DK"/>
              </w:rPr>
            </w:pPr>
            <w:r w:rsidRPr="00531554">
              <w:rPr>
                <w:color w:val="000000"/>
                <w:sz w:val="15"/>
                <w:lang w:val="da-DK"/>
              </w:rPr>
              <w:t>Lydtjek</w:t>
            </w:r>
          </w:p>
        </w:tc>
        <w:tc>
          <w:tcPr>
            <w:tcW w:w="3740" w:type="dxa"/>
            <w:shd w:val="clear" w:color="auto" w:fill="F3F4F6"/>
            <w:tcMar>
              <w:top w:w="80" w:type="dxa"/>
              <w:left w:w="80" w:type="dxa"/>
              <w:bottom w:w="80" w:type="dxa"/>
              <w:right w:w="80" w:type="dxa"/>
            </w:tcMar>
          </w:tcPr>
          <w:p w14:paraId="422965C0" w14:textId="2035ECD8" w:rsidR="00436CB6" w:rsidRPr="00531554" w:rsidRDefault="00963B52">
            <w:pPr>
              <w:rPr>
                <w:lang w:val="da-DK"/>
              </w:rPr>
            </w:pPr>
            <w:r>
              <w:rPr>
                <w:color w:val="000000"/>
                <w:sz w:val="15"/>
                <w:lang w:val="da-DK"/>
              </w:rPr>
              <w:t>Deltagere</w:t>
            </w:r>
            <w:r w:rsidR="005D082A">
              <w:rPr>
                <w:color w:val="000000"/>
                <w:sz w:val="15"/>
                <w:lang w:val="da-DK"/>
              </w:rPr>
              <w:t xml:space="preserve"> iføres headset.</w:t>
            </w:r>
            <w:r>
              <w:rPr>
                <w:color w:val="000000"/>
                <w:sz w:val="15"/>
                <w:lang w:val="da-DK"/>
              </w:rPr>
              <w:t xml:space="preserve"> </w:t>
            </w:r>
            <w:r w:rsidR="00392156" w:rsidRPr="00531554">
              <w:rPr>
                <w:color w:val="000000"/>
                <w:sz w:val="15"/>
                <w:lang w:val="da-DK"/>
              </w:rPr>
              <w:t>Mikrofoner og placering testes. Aftal håndsignaler med teknik.</w:t>
            </w:r>
          </w:p>
        </w:tc>
        <w:tc>
          <w:tcPr>
            <w:tcW w:w="2190" w:type="dxa"/>
            <w:shd w:val="clear" w:color="auto" w:fill="F3F4F6"/>
            <w:tcMar>
              <w:top w:w="80" w:type="dxa"/>
              <w:left w:w="80" w:type="dxa"/>
              <w:bottom w:w="80" w:type="dxa"/>
              <w:right w:w="80" w:type="dxa"/>
            </w:tcMar>
          </w:tcPr>
          <w:p w14:paraId="49315D54" w14:textId="77777777" w:rsidR="00436CB6" w:rsidRPr="00531554" w:rsidRDefault="00392156">
            <w:pPr>
              <w:rPr>
                <w:lang w:val="da-DK"/>
              </w:rPr>
            </w:pPr>
            <w:r w:rsidRPr="00531554">
              <w:rPr>
                <w:color w:val="000000"/>
                <w:sz w:val="15"/>
                <w:lang w:val="da-DK"/>
              </w:rPr>
              <w:t>—</w:t>
            </w:r>
          </w:p>
        </w:tc>
        <w:tc>
          <w:tcPr>
            <w:tcW w:w="1889" w:type="dxa"/>
            <w:shd w:val="clear" w:color="auto" w:fill="F3F4F6"/>
            <w:tcMar>
              <w:top w:w="80" w:type="dxa"/>
              <w:left w:w="80" w:type="dxa"/>
              <w:bottom w:w="80" w:type="dxa"/>
              <w:right w:w="80" w:type="dxa"/>
            </w:tcMar>
          </w:tcPr>
          <w:p w14:paraId="05D62C8C" w14:textId="77777777" w:rsidR="00436CB6" w:rsidRPr="00531554" w:rsidRDefault="00392156">
            <w:pPr>
              <w:rPr>
                <w:lang w:val="da-DK"/>
              </w:rPr>
            </w:pPr>
            <w:r w:rsidRPr="00531554">
              <w:rPr>
                <w:color w:val="000000"/>
                <w:sz w:val="15"/>
                <w:lang w:val="da-DK"/>
              </w:rPr>
              <w:t>Headsets / håndholdt mikrofon</w:t>
            </w:r>
          </w:p>
        </w:tc>
        <w:tc>
          <w:tcPr>
            <w:tcW w:w="1991" w:type="dxa"/>
            <w:shd w:val="clear" w:color="auto" w:fill="F3F4F6"/>
            <w:tcMar>
              <w:top w:w="80" w:type="dxa"/>
              <w:left w:w="80" w:type="dxa"/>
              <w:bottom w:w="80" w:type="dxa"/>
              <w:right w:w="80" w:type="dxa"/>
            </w:tcMar>
          </w:tcPr>
          <w:p w14:paraId="04779FD9" w14:textId="4340B7EC" w:rsidR="00436CB6" w:rsidRPr="00531554" w:rsidRDefault="00392156">
            <w:pPr>
              <w:rPr>
                <w:color w:val="000000"/>
                <w:sz w:val="15"/>
                <w:lang w:val="da-DK"/>
              </w:rPr>
            </w:pPr>
            <w:r w:rsidRPr="00531554">
              <w:rPr>
                <w:color w:val="000000"/>
                <w:sz w:val="15"/>
                <w:lang w:val="da-DK"/>
              </w:rPr>
              <w:t xml:space="preserve">Teknik </w:t>
            </w:r>
            <w:r w:rsidR="008D22CE" w:rsidRPr="00531554">
              <w:rPr>
                <w:color w:val="000000"/>
                <w:sz w:val="15"/>
                <w:lang w:val="da-DK"/>
              </w:rPr>
              <w:t xml:space="preserve">+ </w:t>
            </w:r>
            <w:r w:rsidR="002E5A4D" w:rsidRPr="00531554">
              <w:rPr>
                <w:color w:val="000000"/>
                <w:sz w:val="15"/>
                <w:lang w:val="da-DK"/>
              </w:rPr>
              <w:t>Sc</w:t>
            </w:r>
            <w:r w:rsidR="008D22CE" w:rsidRPr="00531554">
              <w:rPr>
                <w:color w:val="000000"/>
                <w:sz w:val="15"/>
                <w:lang w:val="da-DK"/>
              </w:rPr>
              <w:t>eneteam</w:t>
            </w:r>
          </w:p>
        </w:tc>
      </w:tr>
      <w:tr w:rsidR="007A30CF" w:rsidRPr="00531554" w14:paraId="1068913E" w14:textId="77777777" w:rsidTr="00BB752E">
        <w:trPr>
          <w:trHeight w:val="351"/>
          <w:jc w:val="center"/>
        </w:trPr>
        <w:tc>
          <w:tcPr>
            <w:tcW w:w="1808" w:type="dxa"/>
            <w:shd w:val="clear" w:color="auto" w:fill="F3F4F6"/>
            <w:tcMar>
              <w:top w:w="80" w:type="dxa"/>
              <w:left w:w="80" w:type="dxa"/>
              <w:bottom w:w="80" w:type="dxa"/>
              <w:right w:w="80" w:type="dxa"/>
            </w:tcMar>
          </w:tcPr>
          <w:p w14:paraId="645D81BD" w14:textId="12F64CFD" w:rsidR="007A30CF" w:rsidRPr="00531554" w:rsidRDefault="007A30CF" w:rsidP="00BB752E">
            <w:pPr>
              <w:rPr>
                <w:lang w:val="da-DK"/>
              </w:rPr>
            </w:pPr>
            <w:r w:rsidRPr="00531554">
              <w:rPr>
                <w:color w:val="000000"/>
                <w:sz w:val="15"/>
                <w:lang w:val="da-DK"/>
              </w:rPr>
              <w:t>–10</w:t>
            </w:r>
          </w:p>
        </w:tc>
        <w:tc>
          <w:tcPr>
            <w:tcW w:w="1870" w:type="dxa"/>
            <w:shd w:val="clear" w:color="auto" w:fill="F3F4F6"/>
            <w:tcMar>
              <w:top w:w="80" w:type="dxa"/>
              <w:left w:w="80" w:type="dxa"/>
              <w:bottom w:w="80" w:type="dxa"/>
              <w:right w:w="80" w:type="dxa"/>
            </w:tcMar>
          </w:tcPr>
          <w:p w14:paraId="724716D5" w14:textId="77777777" w:rsidR="007A30CF" w:rsidRPr="00531554" w:rsidRDefault="007A30CF" w:rsidP="00BB752E">
            <w:pPr>
              <w:rPr>
                <w:lang w:val="da-DK"/>
              </w:rPr>
            </w:pPr>
            <w:r w:rsidRPr="00531554">
              <w:rPr>
                <w:color w:val="000000"/>
                <w:sz w:val="15"/>
                <w:lang w:val="da-DK"/>
              </w:rPr>
              <w:t>10 min.</w:t>
            </w:r>
          </w:p>
        </w:tc>
        <w:tc>
          <w:tcPr>
            <w:tcW w:w="1922" w:type="dxa"/>
            <w:shd w:val="clear" w:color="auto" w:fill="F3F4F6"/>
            <w:tcMar>
              <w:top w:w="80" w:type="dxa"/>
              <w:left w:w="80" w:type="dxa"/>
              <w:bottom w:w="80" w:type="dxa"/>
              <w:right w:w="80" w:type="dxa"/>
            </w:tcMar>
          </w:tcPr>
          <w:p w14:paraId="2C43EE27" w14:textId="77777777" w:rsidR="007A30CF" w:rsidRPr="00531554" w:rsidRDefault="007A30CF" w:rsidP="00BB752E">
            <w:pPr>
              <w:rPr>
                <w:lang w:val="da-DK"/>
              </w:rPr>
            </w:pPr>
            <w:r w:rsidRPr="00531554">
              <w:rPr>
                <w:color w:val="000000"/>
                <w:sz w:val="15"/>
                <w:lang w:val="da-DK"/>
              </w:rPr>
              <w:t>Deltagerbrief</w:t>
            </w:r>
          </w:p>
        </w:tc>
        <w:tc>
          <w:tcPr>
            <w:tcW w:w="3740" w:type="dxa"/>
            <w:shd w:val="clear" w:color="auto" w:fill="F3F4F6"/>
            <w:tcMar>
              <w:top w:w="80" w:type="dxa"/>
              <w:left w:w="80" w:type="dxa"/>
              <w:bottom w:w="80" w:type="dxa"/>
              <w:right w:w="80" w:type="dxa"/>
            </w:tcMar>
          </w:tcPr>
          <w:p w14:paraId="451422E9" w14:textId="59EDDBD1" w:rsidR="007A30CF" w:rsidRPr="00531554" w:rsidRDefault="007A30CF" w:rsidP="00BB752E">
            <w:pPr>
              <w:rPr>
                <w:lang w:val="da-DK"/>
              </w:rPr>
            </w:pPr>
            <w:r w:rsidRPr="00531554">
              <w:rPr>
                <w:color w:val="000000"/>
                <w:sz w:val="15"/>
                <w:lang w:val="da-DK"/>
              </w:rPr>
              <w:t>Kort briefing om format, tidsdisciplin og publikumsrolle.</w:t>
            </w:r>
          </w:p>
        </w:tc>
        <w:tc>
          <w:tcPr>
            <w:tcW w:w="2190" w:type="dxa"/>
            <w:shd w:val="clear" w:color="auto" w:fill="F3F4F6"/>
            <w:tcMar>
              <w:top w:w="80" w:type="dxa"/>
              <w:left w:w="80" w:type="dxa"/>
              <w:bottom w:w="80" w:type="dxa"/>
              <w:right w:w="80" w:type="dxa"/>
            </w:tcMar>
          </w:tcPr>
          <w:p w14:paraId="308C2F32" w14:textId="77777777" w:rsidR="007A30CF" w:rsidRPr="00531554" w:rsidRDefault="007A30CF" w:rsidP="00BB752E">
            <w:pPr>
              <w:rPr>
                <w:lang w:val="da-DK"/>
              </w:rPr>
            </w:pPr>
            <w:r w:rsidRPr="00531554">
              <w:rPr>
                <w:color w:val="000000"/>
                <w:sz w:val="15"/>
                <w:lang w:val="da-DK"/>
              </w:rPr>
              <w:t>—</w:t>
            </w:r>
          </w:p>
        </w:tc>
        <w:tc>
          <w:tcPr>
            <w:tcW w:w="1889" w:type="dxa"/>
            <w:shd w:val="clear" w:color="auto" w:fill="F3F4F6"/>
            <w:tcMar>
              <w:top w:w="80" w:type="dxa"/>
              <w:left w:w="80" w:type="dxa"/>
              <w:bottom w:w="80" w:type="dxa"/>
              <w:right w:w="80" w:type="dxa"/>
            </w:tcMar>
          </w:tcPr>
          <w:p w14:paraId="0CFB4FE2" w14:textId="77777777" w:rsidR="007A30CF" w:rsidRPr="00531554" w:rsidRDefault="007A30CF" w:rsidP="00BB752E">
            <w:pPr>
              <w:rPr>
                <w:lang w:val="da-DK"/>
              </w:rPr>
            </w:pPr>
            <w:r w:rsidRPr="00531554">
              <w:rPr>
                <w:color w:val="000000"/>
                <w:sz w:val="15"/>
                <w:lang w:val="da-DK"/>
              </w:rPr>
              <w:t>Evt. talekort</w:t>
            </w:r>
          </w:p>
        </w:tc>
        <w:tc>
          <w:tcPr>
            <w:tcW w:w="1991" w:type="dxa"/>
            <w:shd w:val="clear" w:color="auto" w:fill="F3F4F6"/>
            <w:tcMar>
              <w:top w:w="80" w:type="dxa"/>
              <w:left w:w="80" w:type="dxa"/>
              <w:bottom w:w="80" w:type="dxa"/>
              <w:right w:w="80" w:type="dxa"/>
            </w:tcMar>
          </w:tcPr>
          <w:p w14:paraId="203445DA" w14:textId="3EB365FE" w:rsidR="007A30CF" w:rsidRPr="00531554" w:rsidRDefault="007A30CF" w:rsidP="00BB752E">
            <w:pPr>
              <w:rPr>
                <w:lang w:val="da-DK"/>
              </w:rPr>
            </w:pPr>
            <w:r w:rsidRPr="00531554">
              <w:rPr>
                <w:color w:val="000000"/>
                <w:sz w:val="15"/>
                <w:lang w:val="da-DK"/>
              </w:rPr>
              <w:t xml:space="preserve">Programarrangør + </w:t>
            </w:r>
            <w:r w:rsidR="002E5A4D" w:rsidRPr="00531554">
              <w:rPr>
                <w:color w:val="000000"/>
                <w:sz w:val="15"/>
                <w:lang w:val="da-DK"/>
              </w:rPr>
              <w:t>M</w:t>
            </w:r>
            <w:r w:rsidRPr="00531554">
              <w:rPr>
                <w:color w:val="000000"/>
                <w:sz w:val="15"/>
                <w:lang w:val="da-DK"/>
              </w:rPr>
              <w:t>oderator</w:t>
            </w:r>
          </w:p>
        </w:tc>
      </w:tr>
      <w:tr w:rsidR="00436CB6" w:rsidRPr="00531554" w14:paraId="00C27E45" w14:textId="77777777" w:rsidTr="007A30CF">
        <w:trPr>
          <w:trHeight w:val="351"/>
          <w:jc w:val="center"/>
        </w:trPr>
        <w:tc>
          <w:tcPr>
            <w:tcW w:w="1808" w:type="dxa"/>
            <w:shd w:val="clear" w:color="auto" w:fill="F3F4F6"/>
            <w:tcMar>
              <w:top w:w="80" w:type="dxa"/>
              <w:left w:w="80" w:type="dxa"/>
              <w:bottom w:w="80" w:type="dxa"/>
              <w:right w:w="80" w:type="dxa"/>
            </w:tcMar>
          </w:tcPr>
          <w:p w14:paraId="2632DFB5" w14:textId="77777777" w:rsidR="00436CB6" w:rsidRPr="00531554" w:rsidRDefault="00392156">
            <w:pPr>
              <w:rPr>
                <w:lang w:val="da-DK"/>
              </w:rPr>
            </w:pPr>
            <w:r w:rsidRPr="00531554">
              <w:rPr>
                <w:color w:val="000000"/>
                <w:sz w:val="15"/>
                <w:lang w:val="da-DK"/>
              </w:rPr>
              <w:t>–05</w:t>
            </w:r>
          </w:p>
        </w:tc>
        <w:tc>
          <w:tcPr>
            <w:tcW w:w="1870" w:type="dxa"/>
            <w:shd w:val="clear" w:color="auto" w:fill="F3F4F6"/>
            <w:tcMar>
              <w:top w:w="80" w:type="dxa"/>
              <w:left w:w="80" w:type="dxa"/>
              <w:bottom w:w="80" w:type="dxa"/>
              <w:right w:w="80" w:type="dxa"/>
            </w:tcMar>
          </w:tcPr>
          <w:p w14:paraId="08BCE2F9" w14:textId="77777777" w:rsidR="00436CB6" w:rsidRPr="00531554" w:rsidRDefault="00392156">
            <w:pPr>
              <w:rPr>
                <w:lang w:val="da-DK"/>
              </w:rPr>
            </w:pPr>
            <w:r w:rsidRPr="00531554">
              <w:rPr>
                <w:color w:val="000000"/>
                <w:sz w:val="15"/>
                <w:lang w:val="da-DK"/>
              </w:rPr>
              <w:t>5 min.</w:t>
            </w:r>
          </w:p>
        </w:tc>
        <w:tc>
          <w:tcPr>
            <w:tcW w:w="1922" w:type="dxa"/>
            <w:shd w:val="clear" w:color="auto" w:fill="F3F4F6"/>
            <w:tcMar>
              <w:top w:w="80" w:type="dxa"/>
              <w:left w:w="80" w:type="dxa"/>
              <w:bottom w:w="80" w:type="dxa"/>
              <w:right w:w="80" w:type="dxa"/>
            </w:tcMar>
          </w:tcPr>
          <w:p w14:paraId="515C111F" w14:textId="77777777" w:rsidR="00436CB6" w:rsidRPr="00531554" w:rsidRDefault="00392156">
            <w:pPr>
              <w:rPr>
                <w:lang w:val="da-DK"/>
              </w:rPr>
            </w:pPr>
            <w:r w:rsidRPr="00531554">
              <w:rPr>
                <w:color w:val="000000"/>
                <w:sz w:val="15"/>
                <w:lang w:val="da-DK"/>
              </w:rPr>
              <w:t>Klar til start</w:t>
            </w:r>
          </w:p>
        </w:tc>
        <w:tc>
          <w:tcPr>
            <w:tcW w:w="3740" w:type="dxa"/>
            <w:shd w:val="clear" w:color="auto" w:fill="F3F4F6"/>
            <w:tcMar>
              <w:top w:w="80" w:type="dxa"/>
              <w:left w:w="80" w:type="dxa"/>
              <w:bottom w:w="80" w:type="dxa"/>
              <w:right w:w="80" w:type="dxa"/>
            </w:tcMar>
          </w:tcPr>
          <w:p w14:paraId="5409A19C" w14:textId="52FD12DD" w:rsidR="00436CB6" w:rsidRPr="00531554" w:rsidRDefault="00392156">
            <w:pPr>
              <w:rPr>
                <w:lang w:val="da-DK"/>
              </w:rPr>
            </w:pPr>
            <w:r w:rsidRPr="00531554">
              <w:rPr>
                <w:color w:val="000000"/>
                <w:sz w:val="15"/>
                <w:lang w:val="da-DK"/>
              </w:rPr>
              <w:t xml:space="preserve">Deltagere på plads. Moderator får sidste cue. </w:t>
            </w:r>
          </w:p>
        </w:tc>
        <w:tc>
          <w:tcPr>
            <w:tcW w:w="2190" w:type="dxa"/>
            <w:shd w:val="clear" w:color="auto" w:fill="F3F4F6"/>
            <w:tcMar>
              <w:top w:w="80" w:type="dxa"/>
              <w:left w:w="80" w:type="dxa"/>
              <w:bottom w:w="80" w:type="dxa"/>
              <w:right w:w="80" w:type="dxa"/>
            </w:tcMar>
          </w:tcPr>
          <w:p w14:paraId="1089C53A" w14:textId="77777777" w:rsidR="00436CB6" w:rsidRPr="00531554" w:rsidRDefault="00392156">
            <w:pPr>
              <w:rPr>
                <w:lang w:val="da-DK"/>
              </w:rPr>
            </w:pPr>
            <w:r w:rsidRPr="00531554">
              <w:rPr>
                <w:color w:val="000000"/>
                <w:sz w:val="15"/>
                <w:lang w:val="da-DK"/>
              </w:rPr>
              <w:t>Evt. præ-spørgsmål på skærm</w:t>
            </w:r>
          </w:p>
        </w:tc>
        <w:tc>
          <w:tcPr>
            <w:tcW w:w="1889" w:type="dxa"/>
            <w:shd w:val="clear" w:color="auto" w:fill="F3F4F6"/>
            <w:tcMar>
              <w:top w:w="80" w:type="dxa"/>
              <w:left w:w="80" w:type="dxa"/>
              <w:bottom w:w="80" w:type="dxa"/>
              <w:right w:w="80" w:type="dxa"/>
            </w:tcMar>
          </w:tcPr>
          <w:p w14:paraId="105FF699" w14:textId="35EC5039" w:rsidR="00436CB6" w:rsidRPr="00531554" w:rsidRDefault="00556FA4">
            <w:pPr>
              <w:rPr>
                <w:lang w:val="da-DK"/>
              </w:rPr>
            </w:pPr>
            <w:r w:rsidRPr="00531554">
              <w:rPr>
                <w:color w:val="000000"/>
                <w:sz w:val="15"/>
                <w:lang w:val="da-DK"/>
              </w:rPr>
              <w:t>M</w:t>
            </w:r>
            <w:r w:rsidR="00392156" w:rsidRPr="00531554">
              <w:rPr>
                <w:color w:val="000000"/>
                <w:sz w:val="15"/>
                <w:lang w:val="da-DK"/>
              </w:rPr>
              <w:t xml:space="preserve">usik </w:t>
            </w:r>
          </w:p>
        </w:tc>
        <w:tc>
          <w:tcPr>
            <w:tcW w:w="1991" w:type="dxa"/>
            <w:shd w:val="clear" w:color="auto" w:fill="F3F4F6"/>
            <w:tcMar>
              <w:top w:w="80" w:type="dxa"/>
              <w:left w:w="80" w:type="dxa"/>
              <w:bottom w:w="80" w:type="dxa"/>
              <w:right w:w="80" w:type="dxa"/>
            </w:tcMar>
          </w:tcPr>
          <w:p w14:paraId="4C840BB8" w14:textId="77777777" w:rsidR="00436CB6" w:rsidRPr="00531554" w:rsidRDefault="00392156">
            <w:pPr>
              <w:rPr>
                <w:lang w:val="da-DK"/>
              </w:rPr>
            </w:pPr>
            <w:r w:rsidRPr="00531554">
              <w:rPr>
                <w:color w:val="000000"/>
                <w:sz w:val="15"/>
                <w:lang w:val="da-DK"/>
              </w:rPr>
              <w:t>Sceneteam</w:t>
            </w:r>
          </w:p>
        </w:tc>
      </w:tr>
      <w:tr w:rsidR="00436CB6" w:rsidRPr="00531554" w14:paraId="731FC007" w14:textId="77777777" w:rsidTr="007A30CF">
        <w:trPr>
          <w:trHeight w:val="351"/>
          <w:jc w:val="center"/>
        </w:trPr>
        <w:tc>
          <w:tcPr>
            <w:tcW w:w="1808" w:type="dxa"/>
            <w:shd w:val="clear" w:color="auto" w:fill="FFFFFF"/>
            <w:tcMar>
              <w:top w:w="80" w:type="dxa"/>
              <w:left w:w="80" w:type="dxa"/>
              <w:bottom w:w="80" w:type="dxa"/>
              <w:right w:w="80" w:type="dxa"/>
            </w:tcMar>
          </w:tcPr>
          <w:p w14:paraId="4072CA2C" w14:textId="77777777" w:rsidR="00436CB6" w:rsidRPr="00531554" w:rsidRDefault="00392156">
            <w:pPr>
              <w:rPr>
                <w:lang w:val="da-DK"/>
              </w:rPr>
            </w:pPr>
            <w:r w:rsidRPr="00531554">
              <w:rPr>
                <w:color w:val="000000"/>
                <w:sz w:val="15"/>
                <w:lang w:val="da-DK"/>
              </w:rPr>
              <w:t>00:00</w:t>
            </w:r>
          </w:p>
        </w:tc>
        <w:tc>
          <w:tcPr>
            <w:tcW w:w="1870" w:type="dxa"/>
            <w:shd w:val="clear" w:color="auto" w:fill="FFFFFF"/>
            <w:tcMar>
              <w:top w:w="80" w:type="dxa"/>
              <w:left w:w="80" w:type="dxa"/>
              <w:bottom w:w="80" w:type="dxa"/>
              <w:right w:w="80" w:type="dxa"/>
            </w:tcMar>
          </w:tcPr>
          <w:p w14:paraId="0EC2E12A" w14:textId="77777777" w:rsidR="00436CB6" w:rsidRPr="00531554" w:rsidRDefault="00392156">
            <w:pPr>
              <w:rPr>
                <w:lang w:val="da-DK"/>
              </w:rPr>
            </w:pPr>
            <w:r w:rsidRPr="00531554">
              <w:rPr>
                <w:color w:val="6B7280"/>
                <w:sz w:val="15"/>
                <w:lang w:val="da-DK"/>
              </w:rPr>
              <w:t>[ ]</w:t>
            </w:r>
          </w:p>
        </w:tc>
        <w:tc>
          <w:tcPr>
            <w:tcW w:w="1922" w:type="dxa"/>
            <w:shd w:val="clear" w:color="auto" w:fill="FFFFFF"/>
            <w:tcMar>
              <w:top w:w="80" w:type="dxa"/>
              <w:left w:w="80" w:type="dxa"/>
              <w:bottom w:w="80" w:type="dxa"/>
              <w:right w:w="80" w:type="dxa"/>
            </w:tcMar>
          </w:tcPr>
          <w:p w14:paraId="6544CBC4" w14:textId="77777777" w:rsidR="00436CB6" w:rsidRPr="00531554" w:rsidRDefault="00392156">
            <w:pPr>
              <w:rPr>
                <w:lang w:val="da-DK"/>
              </w:rPr>
            </w:pPr>
            <w:r w:rsidRPr="00531554">
              <w:rPr>
                <w:color w:val="000000"/>
                <w:sz w:val="15"/>
                <w:lang w:val="da-DK"/>
              </w:rPr>
              <w:t>Åbning</w:t>
            </w:r>
          </w:p>
        </w:tc>
        <w:tc>
          <w:tcPr>
            <w:tcW w:w="3740" w:type="dxa"/>
            <w:shd w:val="clear" w:color="auto" w:fill="FFFFFF"/>
            <w:tcMar>
              <w:top w:w="80" w:type="dxa"/>
              <w:left w:w="80" w:type="dxa"/>
              <w:bottom w:w="80" w:type="dxa"/>
              <w:right w:w="80" w:type="dxa"/>
            </w:tcMar>
          </w:tcPr>
          <w:p w14:paraId="1B4A114C" w14:textId="77777777" w:rsidR="00436CB6" w:rsidRPr="00531554" w:rsidRDefault="00392156">
            <w:pPr>
              <w:rPr>
                <w:lang w:val="da-DK"/>
              </w:rPr>
            </w:pPr>
            <w:r w:rsidRPr="00531554">
              <w:rPr>
                <w:color w:val="6B7280"/>
                <w:sz w:val="15"/>
                <w:lang w:val="da-DK"/>
              </w:rPr>
              <w:t>[Hvordan åbner moderator? Hvad er spørgsmålet, konflikten eller løftet til publikum?]</w:t>
            </w:r>
          </w:p>
        </w:tc>
        <w:tc>
          <w:tcPr>
            <w:tcW w:w="2190" w:type="dxa"/>
            <w:shd w:val="clear" w:color="auto" w:fill="FFFFFF"/>
            <w:tcMar>
              <w:top w:w="80" w:type="dxa"/>
              <w:left w:w="80" w:type="dxa"/>
              <w:bottom w:w="80" w:type="dxa"/>
              <w:right w:w="80" w:type="dxa"/>
            </w:tcMar>
          </w:tcPr>
          <w:p w14:paraId="03864417" w14:textId="77777777" w:rsidR="00436CB6" w:rsidRPr="00531554" w:rsidRDefault="00392156">
            <w:pPr>
              <w:rPr>
                <w:lang w:val="da-DK"/>
              </w:rPr>
            </w:pPr>
            <w:r w:rsidRPr="00531554">
              <w:rPr>
                <w:color w:val="6B7280"/>
                <w:sz w:val="15"/>
                <w:lang w:val="da-DK"/>
              </w:rPr>
              <w:t>[Hvordan inviteres publikum ind fra start?]</w:t>
            </w:r>
          </w:p>
        </w:tc>
        <w:tc>
          <w:tcPr>
            <w:tcW w:w="1889" w:type="dxa"/>
            <w:shd w:val="clear" w:color="auto" w:fill="FFFFFF"/>
            <w:tcMar>
              <w:top w:w="80" w:type="dxa"/>
              <w:left w:w="80" w:type="dxa"/>
              <w:bottom w:w="80" w:type="dxa"/>
              <w:right w:w="80" w:type="dxa"/>
            </w:tcMar>
          </w:tcPr>
          <w:p w14:paraId="50EED1AA" w14:textId="77777777" w:rsidR="00436CB6" w:rsidRPr="00531554" w:rsidRDefault="00392156">
            <w:pPr>
              <w:rPr>
                <w:lang w:val="da-DK"/>
              </w:rPr>
            </w:pPr>
            <w:r w:rsidRPr="00531554">
              <w:rPr>
                <w:color w:val="6B7280"/>
                <w:sz w:val="15"/>
                <w:lang w:val="da-DK"/>
              </w:rPr>
              <w:t>[slide / grafik / rekvisit]</w:t>
            </w:r>
          </w:p>
        </w:tc>
        <w:tc>
          <w:tcPr>
            <w:tcW w:w="1991" w:type="dxa"/>
            <w:shd w:val="clear" w:color="auto" w:fill="FFFFFF"/>
            <w:tcMar>
              <w:top w:w="80" w:type="dxa"/>
              <w:left w:w="80" w:type="dxa"/>
              <w:bottom w:w="80" w:type="dxa"/>
              <w:right w:w="80" w:type="dxa"/>
            </w:tcMar>
          </w:tcPr>
          <w:p w14:paraId="74EE4025" w14:textId="77777777" w:rsidR="00436CB6" w:rsidRPr="00531554" w:rsidRDefault="00392156">
            <w:pPr>
              <w:rPr>
                <w:lang w:val="da-DK"/>
              </w:rPr>
            </w:pPr>
            <w:r w:rsidRPr="00531554">
              <w:rPr>
                <w:color w:val="6B7280"/>
                <w:sz w:val="15"/>
                <w:lang w:val="da-DK"/>
              </w:rPr>
              <w:t>[navn]</w:t>
            </w:r>
          </w:p>
        </w:tc>
      </w:tr>
      <w:tr w:rsidR="00436CB6" w:rsidRPr="00531554" w14:paraId="6980A91E" w14:textId="77777777" w:rsidTr="007A30CF">
        <w:trPr>
          <w:trHeight w:val="351"/>
          <w:jc w:val="center"/>
        </w:trPr>
        <w:tc>
          <w:tcPr>
            <w:tcW w:w="1808" w:type="dxa"/>
            <w:shd w:val="clear" w:color="auto" w:fill="FFFFFF"/>
            <w:tcMar>
              <w:top w:w="80" w:type="dxa"/>
              <w:left w:w="80" w:type="dxa"/>
              <w:bottom w:w="80" w:type="dxa"/>
              <w:right w:w="80" w:type="dxa"/>
            </w:tcMar>
          </w:tcPr>
          <w:p w14:paraId="2416BEA9" w14:textId="77777777" w:rsidR="00436CB6" w:rsidRPr="00531554" w:rsidRDefault="00392156">
            <w:pPr>
              <w:rPr>
                <w:lang w:val="da-DK"/>
              </w:rPr>
            </w:pPr>
            <w:r w:rsidRPr="00531554">
              <w:rPr>
                <w:color w:val="000000"/>
                <w:sz w:val="15"/>
                <w:lang w:val="da-DK"/>
              </w:rPr>
              <w:t>00:__</w:t>
            </w:r>
          </w:p>
        </w:tc>
        <w:tc>
          <w:tcPr>
            <w:tcW w:w="1870" w:type="dxa"/>
            <w:shd w:val="clear" w:color="auto" w:fill="FFFFFF"/>
            <w:tcMar>
              <w:top w:w="80" w:type="dxa"/>
              <w:left w:w="80" w:type="dxa"/>
              <w:bottom w:w="80" w:type="dxa"/>
              <w:right w:w="80" w:type="dxa"/>
            </w:tcMar>
          </w:tcPr>
          <w:p w14:paraId="179D2573" w14:textId="77777777" w:rsidR="00436CB6" w:rsidRPr="00531554" w:rsidRDefault="00392156">
            <w:pPr>
              <w:rPr>
                <w:lang w:val="da-DK"/>
              </w:rPr>
            </w:pPr>
            <w:r w:rsidRPr="00531554">
              <w:rPr>
                <w:color w:val="6B7280"/>
                <w:sz w:val="15"/>
                <w:lang w:val="da-DK"/>
              </w:rPr>
              <w:t>[ ]</w:t>
            </w:r>
          </w:p>
        </w:tc>
        <w:tc>
          <w:tcPr>
            <w:tcW w:w="1922" w:type="dxa"/>
            <w:shd w:val="clear" w:color="auto" w:fill="FFFFFF"/>
            <w:tcMar>
              <w:top w:w="80" w:type="dxa"/>
              <w:left w:w="80" w:type="dxa"/>
              <w:bottom w:w="80" w:type="dxa"/>
              <w:right w:w="80" w:type="dxa"/>
            </w:tcMar>
          </w:tcPr>
          <w:p w14:paraId="02B26E45" w14:textId="77777777" w:rsidR="00436CB6" w:rsidRPr="00531554" w:rsidRDefault="00392156">
            <w:pPr>
              <w:rPr>
                <w:lang w:val="da-DK"/>
              </w:rPr>
            </w:pPr>
            <w:r w:rsidRPr="00531554">
              <w:rPr>
                <w:color w:val="6B7280"/>
                <w:sz w:val="15"/>
                <w:lang w:val="da-DK"/>
              </w:rPr>
              <w:t>[indsæt]</w:t>
            </w:r>
          </w:p>
        </w:tc>
        <w:tc>
          <w:tcPr>
            <w:tcW w:w="3740" w:type="dxa"/>
            <w:shd w:val="clear" w:color="auto" w:fill="FFFFFF"/>
            <w:tcMar>
              <w:top w:w="80" w:type="dxa"/>
              <w:left w:w="80" w:type="dxa"/>
              <w:bottom w:w="80" w:type="dxa"/>
              <w:right w:w="80" w:type="dxa"/>
            </w:tcMar>
          </w:tcPr>
          <w:p w14:paraId="123CF71B" w14:textId="77777777" w:rsidR="00436CB6" w:rsidRPr="00531554" w:rsidRDefault="00392156">
            <w:pPr>
              <w:rPr>
                <w:lang w:val="da-DK"/>
              </w:rPr>
            </w:pPr>
            <w:r w:rsidRPr="00531554">
              <w:rPr>
                <w:color w:val="6B7280"/>
                <w:sz w:val="15"/>
                <w:lang w:val="da-DK"/>
              </w:rPr>
              <w:t>[indsæt moderatorgreb, spørgsmål, overgang og ønsket output]</w:t>
            </w:r>
          </w:p>
        </w:tc>
        <w:tc>
          <w:tcPr>
            <w:tcW w:w="2190" w:type="dxa"/>
            <w:shd w:val="clear" w:color="auto" w:fill="FFFFFF"/>
            <w:tcMar>
              <w:top w:w="80" w:type="dxa"/>
              <w:left w:w="80" w:type="dxa"/>
              <w:bottom w:w="80" w:type="dxa"/>
              <w:right w:w="80" w:type="dxa"/>
            </w:tcMar>
          </w:tcPr>
          <w:p w14:paraId="47E07677" w14:textId="77777777" w:rsidR="00436CB6" w:rsidRPr="00531554" w:rsidRDefault="00392156">
            <w:pPr>
              <w:rPr>
                <w:lang w:val="da-DK"/>
              </w:rPr>
            </w:pPr>
            <w:r w:rsidRPr="00531554">
              <w:rPr>
                <w:color w:val="6B7280"/>
                <w:sz w:val="15"/>
                <w:lang w:val="da-DK"/>
              </w:rPr>
              <w:t>[indsæt greb]</w:t>
            </w:r>
          </w:p>
        </w:tc>
        <w:tc>
          <w:tcPr>
            <w:tcW w:w="1889" w:type="dxa"/>
            <w:shd w:val="clear" w:color="auto" w:fill="FFFFFF"/>
            <w:tcMar>
              <w:top w:w="80" w:type="dxa"/>
              <w:left w:w="80" w:type="dxa"/>
              <w:bottom w:w="80" w:type="dxa"/>
              <w:right w:w="80" w:type="dxa"/>
            </w:tcMar>
          </w:tcPr>
          <w:p w14:paraId="092D91CB" w14:textId="77777777" w:rsidR="00436CB6" w:rsidRPr="00531554" w:rsidRDefault="00392156">
            <w:pPr>
              <w:rPr>
                <w:lang w:val="da-DK"/>
              </w:rPr>
            </w:pPr>
            <w:r w:rsidRPr="00531554">
              <w:rPr>
                <w:color w:val="6B7280"/>
                <w:sz w:val="15"/>
                <w:lang w:val="da-DK"/>
              </w:rPr>
              <w:t>[indsæt cue]</w:t>
            </w:r>
          </w:p>
        </w:tc>
        <w:tc>
          <w:tcPr>
            <w:tcW w:w="1991" w:type="dxa"/>
            <w:shd w:val="clear" w:color="auto" w:fill="FFFFFF"/>
            <w:tcMar>
              <w:top w:w="80" w:type="dxa"/>
              <w:left w:w="80" w:type="dxa"/>
              <w:bottom w:w="80" w:type="dxa"/>
              <w:right w:w="80" w:type="dxa"/>
            </w:tcMar>
          </w:tcPr>
          <w:p w14:paraId="343ED510" w14:textId="77777777" w:rsidR="00436CB6" w:rsidRPr="00531554" w:rsidRDefault="00392156">
            <w:pPr>
              <w:rPr>
                <w:lang w:val="da-DK"/>
              </w:rPr>
            </w:pPr>
            <w:r w:rsidRPr="00531554">
              <w:rPr>
                <w:color w:val="6B7280"/>
                <w:sz w:val="15"/>
                <w:lang w:val="da-DK"/>
              </w:rPr>
              <w:t>[navn]</w:t>
            </w:r>
          </w:p>
        </w:tc>
      </w:tr>
      <w:tr w:rsidR="00436CB6" w:rsidRPr="00531554" w14:paraId="2C558722" w14:textId="77777777" w:rsidTr="007A30CF">
        <w:trPr>
          <w:trHeight w:val="351"/>
          <w:jc w:val="center"/>
        </w:trPr>
        <w:tc>
          <w:tcPr>
            <w:tcW w:w="1808" w:type="dxa"/>
            <w:shd w:val="clear" w:color="auto" w:fill="EDF8E0"/>
            <w:tcMar>
              <w:top w:w="80" w:type="dxa"/>
              <w:left w:w="80" w:type="dxa"/>
              <w:bottom w:w="80" w:type="dxa"/>
              <w:right w:w="80" w:type="dxa"/>
            </w:tcMar>
          </w:tcPr>
          <w:p w14:paraId="07E4C9BB" w14:textId="77777777" w:rsidR="00436CB6" w:rsidRPr="00531554" w:rsidRDefault="00392156">
            <w:pPr>
              <w:rPr>
                <w:lang w:val="da-DK"/>
              </w:rPr>
            </w:pPr>
            <w:r w:rsidRPr="00531554">
              <w:rPr>
                <w:color w:val="000000"/>
                <w:sz w:val="15"/>
                <w:lang w:val="da-DK"/>
              </w:rPr>
              <w:t>00:__</w:t>
            </w:r>
          </w:p>
        </w:tc>
        <w:tc>
          <w:tcPr>
            <w:tcW w:w="1870" w:type="dxa"/>
            <w:shd w:val="clear" w:color="auto" w:fill="EDF8E0"/>
            <w:tcMar>
              <w:top w:w="80" w:type="dxa"/>
              <w:left w:w="80" w:type="dxa"/>
              <w:bottom w:w="80" w:type="dxa"/>
              <w:right w:w="80" w:type="dxa"/>
            </w:tcMar>
          </w:tcPr>
          <w:p w14:paraId="6F1BB8A3" w14:textId="77777777" w:rsidR="00436CB6" w:rsidRPr="00531554" w:rsidRDefault="00392156">
            <w:pPr>
              <w:rPr>
                <w:lang w:val="da-DK"/>
              </w:rPr>
            </w:pPr>
            <w:r w:rsidRPr="00531554">
              <w:rPr>
                <w:color w:val="6B7280"/>
                <w:sz w:val="15"/>
                <w:lang w:val="da-DK"/>
              </w:rPr>
              <w:t>[ ]</w:t>
            </w:r>
          </w:p>
        </w:tc>
        <w:tc>
          <w:tcPr>
            <w:tcW w:w="1922" w:type="dxa"/>
            <w:shd w:val="clear" w:color="auto" w:fill="EDF8E0"/>
            <w:tcMar>
              <w:top w:w="80" w:type="dxa"/>
              <w:left w:w="80" w:type="dxa"/>
              <w:bottom w:w="80" w:type="dxa"/>
              <w:right w:w="80" w:type="dxa"/>
            </w:tcMar>
          </w:tcPr>
          <w:p w14:paraId="15873DC7" w14:textId="77777777" w:rsidR="00436CB6" w:rsidRPr="00531554" w:rsidRDefault="00392156">
            <w:pPr>
              <w:rPr>
                <w:lang w:val="da-DK"/>
              </w:rPr>
            </w:pPr>
            <w:r w:rsidRPr="00531554">
              <w:rPr>
                <w:color w:val="6B7280"/>
                <w:sz w:val="15"/>
                <w:lang w:val="da-DK"/>
              </w:rPr>
              <w:t>[indsæt]</w:t>
            </w:r>
          </w:p>
        </w:tc>
        <w:tc>
          <w:tcPr>
            <w:tcW w:w="3740" w:type="dxa"/>
            <w:shd w:val="clear" w:color="auto" w:fill="EDF8E0"/>
            <w:tcMar>
              <w:top w:w="80" w:type="dxa"/>
              <w:left w:w="80" w:type="dxa"/>
              <w:bottom w:w="80" w:type="dxa"/>
              <w:right w:w="80" w:type="dxa"/>
            </w:tcMar>
          </w:tcPr>
          <w:p w14:paraId="0059B8D0" w14:textId="77777777" w:rsidR="00436CB6" w:rsidRPr="00531554" w:rsidRDefault="00392156">
            <w:pPr>
              <w:rPr>
                <w:lang w:val="da-DK"/>
              </w:rPr>
            </w:pPr>
            <w:r w:rsidRPr="00531554">
              <w:rPr>
                <w:color w:val="6B7280"/>
                <w:sz w:val="15"/>
                <w:lang w:val="da-DK"/>
              </w:rPr>
              <w:t>[indsæt]</w:t>
            </w:r>
          </w:p>
        </w:tc>
        <w:tc>
          <w:tcPr>
            <w:tcW w:w="2190" w:type="dxa"/>
            <w:shd w:val="clear" w:color="auto" w:fill="EDF8E0"/>
            <w:tcMar>
              <w:top w:w="80" w:type="dxa"/>
              <w:left w:w="80" w:type="dxa"/>
              <w:bottom w:w="80" w:type="dxa"/>
              <w:right w:w="80" w:type="dxa"/>
            </w:tcMar>
          </w:tcPr>
          <w:p w14:paraId="0D13BBE9" w14:textId="77777777" w:rsidR="00436CB6" w:rsidRPr="00531554" w:rsidRDefault="00392156">
            <w:pPr>
              <w:rPr>
                <w:lang w:val="da-DK"/>
              </w:rPr>
            </w:pPr>
            <w:r w:rsidRPr="00531554">
              <w:rPr>
                <w:color w:val="6B7280"/>
                <w:sz w:val="15"/>
                <w:lang w:val="da-DK"/>
              </w:rPr>
              <w:t>[fx dilemmaafstemning / spørgsmål fra publikum]</w:t>
            </w:r>
          </w:p>
        </w:tc>
        <w:tc>
          <w:tcPr>
            <w:tcW w:w="1889" w:type="dxa"/>
            <w:shd w:val="clear" w:color="auto" w:fill="EDF8E0"/>
            <w:tcMar>
              <w:top w:w="80" w:type="dxa"/>
              <w:left w:w="80" w:type="dxa"/>
              <w:bottom w:w="80" w:type="dxa"/>
              <w:right w:w="80" w:type="dxa"/>
            </w:tcMar>
          </w:tcPr>
          <w:p w14:paraId="491CA3E6" w14:textId="77777777" w:rsidR="00436CB6" w:rsidRPr="00531554" w:rsidRDefault="00392156">
            <w:pPr>
              <w:rPr>
                <w:lang w:val="da-DK"/>
              </w:rPr>
            </w:pPr>
            <w:r w:rsidRPr="00531554">
              <w:rPr>
                <w:color w:val="6B7280"/>
                <w:sz w:val="15"/>
                <w:lang w:val="da-DK"/>
              </w:rPr>
              <w:t>[mikrofon / skærm]</w:t>
            </w:r>
          </w:p>
        </w:tc>
        <w:tc>
          <w:tcPr>
            <w:tcW w:w="1991" w:type="dxa"/>
            <w:shd w:val="clear" w:color="auto" w:fill="EDF8E0"/>
            <w:tcMar>
              <w:top w:w="80" w:type="dxa"/>
              <w:left w:w="80" w:type="dxa"/>
              <w:bottom w:w="80" w:type="dxa"/>
              <w:right w:w="80" w:type="dxa"/>
            </w:tcMar>
          </w:tcPr>
          <w:p w14:paraId="6AC896FE" w14:textId="77777777" w:rsidR="00436CB6" w:rsidRPr="00531554" w:rsidRDefault="00392156">
            <w:pPr>
              <w:rPr>
                <w:lang w:val="da-DK"/>
              </w:rPr>
            </w:pPr>
            <w:r w:rsidRPr="00531554">
              <w:rPr>
                <w:color w:val="6B7280"/>
                <w:sz w:val="15"/>
                <w:lang w:val="da-DK"/>
              </w:rPr>
              <w:t>[navn]</w:t>
            </w:r>
          </w:p>
        </w:tc>
      </w:tr>
      <w:tr w:rsidR="00436CB6" w:rsidRPr="00531554" w14:paraId="45FA03F6" w14:textId="77777777" w:rsidTr="007A30CF">
        <w:trPr>
          <w:trHeight w:val="351"/>
          <w:jc w:val="center"/>
        </w:trPr>
        <w:tc>
          <w:tcPr>
            <w:tcW w:w="1808" w:type="dxa"/>
            <w:shd w:val="clear" w:color="auto" w:fill="FFFFFF"/>
            <w:tcMar>
              <w:top w:w="80" w:type="dxa"/>
              <w:left w:w="80" w:type="dxa"/>
              <w:bottom w:w="80" w:type="dxa"/>
              <w:right w:w="80" w:type="dxa"/>
            </w:tcMar>
          </w:tcPr>
          <w:p w14:paraId="682DFCBD" w14:textId="77777777" w:rsidR="00436CB6" w:rsidRPr="00531554" w:rsidRDefault="00392156">
            <w:pPr>
              <w:rPr>
                <w:lang w:val="da-DK"/>
              </w:rPr>
            </w:pPr>
            <w:r w:rsidRPr="00531554">
              <w:rPr>
                <w:color w:val="000000"/>
                <w:sz w:val="15"/>
                <w:lang w:val="da-DK"/>
              </w:rPr>
              <w:t>00:__</w:t>
            </w:r>
          </w:p>
        </w:tc>
        <w:tc>
          <w:tcPr>
            <w:tcW w:w="1870" w:type="dxa"/>
            <w:shd w:val="clear" w:color="auto" w:fill="FFFFFF"/>
            <w:tcMar>
              <w:top w:w="80" w:type="dxa"/>
              <w:left w:w="80" w:type="dxa"/>
              <w:bottom w:w="80" w:type="dxa"/>
              <w:right w:w="80" w:type="dxa"/>
            </w:tcMar>
          </w:tcPr>
          <w:p w14:paraId="4745D340" w14:textId="77777777" w:rsidR="00436CB6" w:rsidRPr="00531554" w:rsidRDefault="00392156">
            <w:pPr>
              <w:rPr>
                <w:lang w:val="da-DK"/>
              </w:rPr>
            </w:pPr>
            <w:r w:rsidRPr="00531554">
              <w:rPr>
                <w:color w:val="6B7280"/>
                <w:sz w:val="15"/>
                <w:lang w:val="da-DK"/>
              </w:rPr>
              <w:t>[ ]</w:t>
            </w:r>
          </w:p>
        </w:tc>
        <w:tc>
          <w:tcPr>
            <w:tcW w:w="1922" w:type="dxa"/>
            <w:shd w:val="clear" w:color="auto" w:fill="FFFFFF"/>
            <w:tcMar>
              <w:top w:w="80" w:type="dxa"/>
              <w:left w:w="80" w:type="dxa"/>
              <w:bottom w:w="80" w:type="dxa"/>
              <w:right w:w="80" w:type="dxa"/>
            </w:tcMar>
          </w:tcPr>
          <w:p w14:paraId="5CC60A00" w14:textId="77777777" w:rsidR="00436CB6" w:rsidRPr="00531554" w:rsidRDefault="00392156">
            <w:pPr>
              <w:rPr>
                <w:lang w:val="da-DK"/>
              </w:rPr>
            </w:pPr>
            <w:r w:rsidRPr="00531554">
              <w:rPr>
                <w:color w:val="6B7280"/>
                <w:sz w:val="15"/>
                <w:lang w:val="da-DK"/>
              </w:rPr>
              <w:t>[indsæt]</w:t>
            </w:r>
          </w:p>
        </w:tc>
        <w:tc>
          <w:tcPr>
            <w:tcW w:w="3740" w:type="dxa"/>
            <w:shd w:val="clear" w:color="auto" w:fill="FFFFFF"/>
            <w:tcMar>
              <w:top w:w="80" w:type="dxa"/>
              <w:left w:w="80" w:type="dxa"/>
              <w:bottom w:w="80" w:type="dxa"/>
              <w:right w:w="80" w:type="dxa"/>
            </w:tcMar>
          </w:tcPr>
          <w:p w14:paraId="347A9457" w14:textId="77777777" w:rsidR="00436CB6" w:rsidRPr="00531554" w:rsidRDefault="00392156">
            <w:pPr>
              <w:rPr>
                <w:lang w:val="da-DK"/>
              </w:rPr>
            </w:pPr>
            <w:r w:rsidRPr="00531554">
              <w:rPr>
                <w:color w:val="6B7280"/>
                <w:sz w:val="15"/>
                <w:lang w:val="da-DK"/>
              </w:rPr>
              <w:t>[indsæt]</w:t>
            </w:r>
          </w:p>
        </w:tc>
        <w:tc>
          <w:tcPr>
            <w:tcW w:w="2190" w:type="dxa"/>
            <w:shd w:val="clear" w:color="auto" w:fill="FFFFFF"/>
            <w:tcMar>
              <w:top w:w="80" w:type="dxa"/>
              <w:left w:w="80" w:type="dxa"/>
              <w:bottom w:w="80" w:type="dxa"/>
              <w:right w:w="80" w:type="dxa"/>
            </w:tcMar>
          </w:tcPr>
          <w:p w14:paraId="5D99AE7C" w14:textId="77777777" w:rsidR="00436CB6" w:rsidRPr="00531554" w:rsidRDefault="00392156">
            <w:pPr>
              <w:rPr>
                <w:lang w:val="da-DK"/>
              </w:rPr>
            </w:pPr>
            <w:r w:rsidRPr="00531554">
              <w:rPr>
                <w:color w:val="6B7280"/>
                <w:sz w:val="15"/>
                <w:lang w:val="da-DK"/>
              </w:rPr>
              <w:t>[indsæt]</w:t>
            </w:r>
          </w:p>
        </w:tc>
        <w:tc>
          <w:tcPr>
            <w:tcW w:w="1889" w:type="dxa"/>
            <w:shd w:val="clear" w:color="auto" w:fill="FFFFFF"/>
            <w:tcMar>
              <w:top w:w="80" w:type="dxa"/>
              <w:left w:w="80" w:type="dxa"/>
              <w:bottom w:w="80" w:type="dxa"/>
              <w:right w:w="80" w:type="dxa"/>
            </w:tcMar>
          </w:tcPr>
          <w:p w14:paraId="6BC7C5ED" w14:textId="77777777" w:rsidR="00436CB6" w:rsidRPr="00531554" w:rsidRDefault="00392156">
            <w:pPr>
              <w:rPr>
                <w:lang w:val="da-DK"/>
              </w:rPr>
            </w:pPr>
            <w:r w:rsidRPr="00531554">
              <w:rPr>
                <w:color w:val="6B7280"/>
                <w:sz w:val="15"/>
                <w:lang w:val="da-DK"/>
              </w:rPr>
              <w:t>[indsæt]</w:t>
            </w:r>
          </w:p>
        </w:tc>
        <w:tc>
          <w:tcPr>
            <w:tcW w:w="1991" w:type="dxa"/>
            <w:shd w:val="clear" w:color="auto" w:fill="FFFFFF"/>
            <w:tcMar>
              <w:top w:w="80" w:type="dxa"/>
              <w:left w:w="80" w:type="dxa"/>
              <w:bottom w:w="80" w:type="dxa"/>
              <w:right w:w="80" w:type="dxa"/>
            </w:tcMar>
          </w:tcPr>
          <w:p w14:paraId="6A01111A" w14:textId="77777777" w:rsidR="00436CB6" w:rsidRPr="00531554" w:rsidRDefault="00392156">
            <w:pPr>
              <w:rPr>
                <w:lang w:val="da-DK"/>
              </w:rPr>
            </w:pPr>
            <w:r w:rsidRPr="00531554">
              <w:rPr>
                <w:color w:val="6B7280"/>
                <w:sz w:val="15"/>
                <w:lang w:val="da-DK"/>
              </w:rPr>
              <w:t>[navn]</w:t>
            </w:r>
          </w:p>
        </w:tc>
      </w:tr>
      <w:tr w:rsidR="00436CB6" w:rsidRPr="00531554" w14:paraId="5EA29E72" w14:textId="77777777" w:rsidTr="007A30CF">
        <w:trPr>
          <w:trHeight w:val="351"/>
          <w:jc w:val="center"/>
        </w:trPr>
        <w:tc>
          <w:tcPr>
            <w:tcW w:w="1808" w:type="dxa"/>
            <w:shd w:val="clear" w:color="auto" w:fill="FFFFFF"/>
            <w:tcMar>
              <w:top w:w="80" w:type="dxa"/>
              <w:left w:w="80" w:type="dxa"/>
              <w:bottom w:w="80" w:type="dxa"/>
              <w:right w:w="80" w:type="dxa"/>
            </w:tcMar>
          </w:tcPr>
          <w:p w14:paraId="2376D554" w14:textId="77777777" w:rsidR="00436CB6" w:rsidRPr="00531554" w:rsidRDefault="00392156">
            <w:pPr>
              <w:rPr>
                <w:lang w:val="da-DK"/>
              </w:rPr>
            </w:pPr>
            <w:r w:rsidRPr="00531554">
              <w:rPr>
                <w:color w:val="000000"/>
                <w:sz w:val="15"/>
                <w:lang w:val="da-DK"/>
              </w:rPr>
              <w:t>00:__</w:t>
            </w:r>
          </w:p>
        </w:tc>
        <w:tc>
          <w:tcPr>
            <w:tcW w:w="1870" w:type="dxa"/>
            <w:shd w:val="clear" w:color="auto" w:fill="FFFFFF"/>
            <w:tcMar>
              <w:top w:w="80" w:type="dxa"/>
              <w:left w:w="80" w:type="dxa"/>
              <w:bottom w:w="80" w:type="dxa"/>
              <w:right w:w="80" w:type="dxa"/>
            </w:tcMar>
          </w:tcPr>
          <w:p w14:paraId="20E2ACA4" w14:textId="77777777" w:rsidR="00436CB6" w:rsidRPr="00531554" w:rsidRDefault="00392156">
            <w:pPr>
              <w:rPr>
                <w:lang w:val="da-DK"/>
              </w:rPr>
            </w:pPr>
            <w:r w:rsidRPr="00531554">
              <w:rPr>
                <w:color w:val="6B7280"/>
                <w:sz w:val="15"/>
                <w:lang w:val="da-DK"/>
              </w:rPr>
              <w:t>[ ]</w:t>
            </w:r>
          </w:p>
        </w:tc>
        <w:tc>
          <w:tcPr>
            <w:tcW w:w="1922" w:type="dxa"/>
            <w:shd w:val="clear" w:color="auto" w:fill="FFFFFF"/>
            <w:tcMar>
              <w:top w:w="80" w:type="dxa"/>
              <w:left w:w="80" w:type="dxa"/>
              <w:bottom w:w="80" w:type="dxa"/>
              <w:right w:w="80" w:type="dxa"/>
            </w:tcMar>
          </w:tcPr>
          <w:p w14:paraId="3305E11A" w14:textId="77777777" w:rsidR="00436CB6" w:rsidRPr="00531554" w:rsidRDefault="00392156">
            <w:pPr>
              <w:rPr>
                <w:lang w:val="da-DK"/>
              </w:rPr>
            </w:pPr>
            <w:r w:rsidRPr="00531554">
              <w:rPr>
                <w:color w:val="6B7280"/>
                <w:sz w:val="15"/>
                <w:lang w:val="da-DK"/>
              </w:rPr>
              <w:t>[indsæt]</w:t>
            </w:r>
          </w:p>
        </w:tc>
        <w:tc>
          <w:tcPr>
            <w:tcW w:w="3740" w:type="dxa"/>
            <w:shd w:val="clear" w:color="auto" w:fill="FFFFFF"/>
            <w:tcMar>
              <w:top w:w="80" w:type="dxa"/>
              <w:left w:w="80" w:type="dxa"/>
              <w:bottom w:w="80" w:type="dxa"/>
              <w:right w:w="80" w:type="dxa"/>
            </w:tcMar>
          </w:tcPr>
          <w:p w14:paraId="03996DE7" w14:textId="77777777" w:rsidR="00436CB6" w:rsidRPr="00531554" w:rsidRDefault="00392156">
            <w:pPr>
              <w:rPr>
                <w:lang w:val="da-DK"/>
              </w:rPr>
            </w:pPr>
            <w:r w:rsidRPr="00531554">
              <w:rPr>
                <w:color w:val="6B7280"/>
                <w:sz w:val="15"/>
                <w:lang w:val="da-DK"/>
              </w:rPr>
              <w:t>[indsæt]</w:t>
            </w:r>
          </w:p>
        </w:tc>
        <w:tc>
          <w:tcPr>
            <w:tcW w:w="2190" w:type="dxa"/>
            <w:shd w:val="clear" w:color="auto" w:fill="FFFFFF"/>
            <w:tcMar>
              <w:top w:w="80" w:type="dxa"/>
              <w:left w:w="80" w:type="dxa"/>
              <w:bottom w:w="80" w:type="dxa"/>
              <w:right w:w="80" w:type="dxa"/>
            </w:tcMar>
          </w:tcPr>
          <w:p w14:paraId="3019E706" w14:textId="77777777" w:rsidR="00436CB6" w:rsidRPr="00531554" w:rsidRDefault="00392156">
            <w:pPr>
              <w:rPr>
                <w:lang w:val="da-DK"/>
              </w:rPr>
            </w:pPr>
            <w:r w:rsidRPr="00531554">
              <w:rPr>
                <w:color w:val="6B7280"/>
                <w:sz w:val="15"/>
                <w:lang w:val="da-DK"/>
              </w:rPr>
              <w:t>[indsæt]</w:t>
            </w:r>
          </w:p>
        </w:tc>
        <w:tc>
          <w:tcPr>
            <w:tcW w:w="1889" w:type="dxa"/>
            <w:shd w:val="clear" w:color="auto" w:fill="FFFFFF"/>
            <w:tcMar>
              <w:top w:w="80" w:type="dxa"/>
              <w:left w:w="80" w:type="dxa"/>
              <w:bottom w:w="80" w:type="dxa"/>
              <w:right w:w="80" w:type="dxa"/>
            </w:tcMar>
          </w:tcPr>
          <w:p w14:paraId="6CC09C2E" w14:textId="77777777" w:rsidR="00436CB6" w:rsidRPr="00531554" w:rsidRDefault="00392156">
            <w:pPr>
              <w:rPr>
                <w:lang w:val="da-DK"/>
              </w:rPr>
            </w:pPr>
            <w:r w:rsidRPr="00531554">
              <w:rPr>
                <w:color w:val="6B7280"/>
                <w:sz w:val="15"/>
                <w:lang w:val="da-DK"/>
              </w:rPr>
              <w:t>[indsæt]</w:t>
            </w:r>
          </w:p>
        </w:tc>
        <w:tc>
          <w:tcPr>
            <w:tcW w:w="1991" w:type="dxa"/>
            <w:shd w:val="clear" w:color="auto" w:fill="FFFFFF"/>
            <w:tcMar>
              <w:top w:w="80" w:type="dxa"/>
              <w:left w:w="80" w:type="dxa"/>
              <w:bottom w:w="80" w:type="dxa"/>
              <w:right w:w="80" w:type="dxa"/>
            </w:tcMar>
          </w:tcPr>
          <w:p w14:paraId="34348A19" w14:textId="77777777" w:rsidR="00436CB6" w:rsidRPr="00531554" w:rsidRDefault="00392156">
            <w:pPr>
              <w:rPr>
                <w:lang w:val="da-DK"/>
              </w:rPr>
            </w:pPr>
            <w:r w:rsidRPr="00531554">
              <w:rPr>
                <w:color w:val="6B7280"/>
                <w:sz w:val="15"/>
                <w:lang w:val="da-DK"/>
              </w:rPr>
              <w:t>[navn]</w:t>
            </w:r>
          </w:p>
        </w:tc>
      </w:tr>
      <w:tr w:rsidR="00436CB6" w:rsidRPr="00531554" w14:paraId="02D00B54" w14:textId="77777777" w:rsidTr="007A30CF">
        <w:trPr>
          <w:trHeight w:val="351"/>
          <w:jc w:val="center"/>
        </w:trPr>
        <w:tc>
          <w:tcPr>
            <w:tcW w:w="1808" w:type="dxa"/>
            <w:shd w:val="clear" w:color="auto" w:fill="FFFFFF"/>
            <w:tcMar>
              <w:top w:w="80" w:type="dxa"/>
              <w:left w:w="80" w:type="dxa"/>
              <w:bottom w:w="80" w:type="dxa"/>
              <w:right w:w="80" w:type="dxa"/>
            </w:tcMar>
          </w:tcPr>
          <w:p w14:paraId="1FA5728D" w14:textId="77777777" w:rsidR="00436CB6" w:rsidRPr="00531554" w:rsidRDefault="00392156">
            <w:pPr>
              <w:rPr>
                <w:lang w:val="da-DK"/>
              </w:rPr>
            </w:pPr>
            <w:r w:rsidRPr="00531554">
              <w:rPr>
                <w:color w:val="000000"/>
                <w:sz w:val="15"/>
                <w:lang w:val="da-DK"/>
              </w:rPr>
              <w:t>00:36</w:t>
            </w:r>
          </w:p>
        </w:tc>
        <w:tc>
          <w:tcPr>
            <w:tcW w:w="1870" w:type="dxa"/>
            <w:shd w:val="clear" w:color="auto" w:fill="FFFFFF"/>
            <w:tcMar>
              <w:top w:w="80" w:type="dxa"/>
              <w:left w:w="80" w:type="dxa"/>
              <w:bottom w:w="80" w:type="dxa"/>
              <w:right w:w="80" w:type="dxa"/>
            </w:tcMar>
          </w:tcPr>
          <w:p w14:paraId="29285DB8" w14:textId="77777777" w:rsidR="00436CB6" w:rsidRPr="00531554" w:rsidRDefault="00392156">
            <w:pPr>
              <w:rPr>
                <w:lang w:val="da-DK"/>
              </w:rPr>
            </w:pPr>
            <w:r w:rsidRPr="00531554">
              <w:rPr>
                <w:color w:val="000000"/>
                <w:sz w:val="15"/>
                <w:lang w:val="da-DK"/>
              </w:rPr>
              <w:t>4 min.</w:t>
            </w:r>
          </w:p>
        </w:tc>
        <w:tc>
          <w:tcPr>
            <w:tcW w:w="1922" w:type="dxa"/>
            <w:shd w:val="clear" w:color="auto" w:fill="FFFFFF"/>
            <w:tcMar>
              <w:top w:w="80" w:type="dxa"/>
              <w:left w:w="80" w:type="dxa"/>
              <w:bottom w:w="80" w:type="dxa"/>
              <w:right w:w="80" w:type="dxa"/>
            </w:tcMar>
          </w:tcPr>
          <w:p w14:paraId="0CA03529" w14:textId="77777777" w:rsidR="00436CB6" w:rsidRPr="00531554" w:rsidRDefault="00392156">
            <w:pPr>
              <w:rPr>
                <w:lang w:val="da-DK"/>
              </w:rPr>
            </w:pPr>
            <w:r w:rsidRPr="00531554">
              <w:rPr>
                <w:color w:val="000000"/>
                <w:sz w:val="15"/>
                <w:lang w:val="da-DK"/>
              </w:rPr>
              <w:t>Afrunding</w:t>
            </w:r>
          </w:p>
        </w:tc>
        <w:tc>
          <w:tcPr>
            <w:tcW w:w="3740" w:type="dxa"/>
            <w:shd w:val="clear" w:color="auto" w:fill="FFFFFF"/>
            <w:tcMar>
              <w:top w:w="80" w:type="dxa"/>
              <w:left w:w="80" w:type="dxa"/>
              <w:bottom w:w="80" w:type="dxa"/>
              <w:right w:w="80" w:type="dxa"/>
            </w:tcMar>
          </w:tcPr>
          <w:p w14:paraId="79242D26" w14:textId="77777777" w:rsidR="00436CB6" w:rsidRPr="00531554" w:rsidRDefault="00392156">
            <w:pPr>
              <w:rPr>
                <w:lang w:val="da-DK"/>
              </w:rPr>
            </w:pPr>
            <w:r w:rsidRPr="00531554">
              <w:rPr>
                <w:color w:val="000000"/>
                <w:sz w:val="15"/>
                <w:lang w:val="da-DK"/>
              </w:rPr>
              <w:t>Saml de vigtigste pointer. Gør uenighed og evt. fælles fodslag tydeligt. Slut med hvad publikum kan tage med videre.</w:t>
            </w:r>
          </w:p>
        </w:tc>
        <w:tc>
          <w:tcPr>
            <w:tcW w:w="2190" w:type="dxa"/>
            <w:shd w:val="clear" w:color="auto" w:fill="FFFFFF"/>
            <w:tcMar>
              <w:top w:w="80" w:type="dxa"/>
              <w:left w:w="80" w:type="dxa"/>
              <w:bottom w:w="80" w:type="dxa"/>
              <w:right w:w="80" w:type="dxa"/>
            </w:tcMar>
          </w:tcPr>
          <w:p w14:paraId="7BE5010A" w14:textId="77777777" w:rsidR="00436CB6" w:rsidRPr="00531554" w:rsidRDefault="00392156">
            <w:pPr>
              <w:rPr>
                <w:lang w:val="da-DK"/>
              </w:rPr>
            </w:pPr>
            <w:r w:rsidRPr="00531554">
              <w:rPr>
                <w:color w:val="000000"/>
                <w:sz w:val="15"/>
                <w:lang w:val="da-DK"/>
              </w:rPr>
              <w:t>Evt. sidste håndsoprækning / valg</w:t>
            </w:r>
          </w:p>
        </w:tc>
        <w:tc>
          <w:tcPr>
            <w:tcW w:w="1889" w:type="dxa"/>
            <w:shd w:val="clear" w:color="auto" w:fill="FFFFFF"/>
            <w:tcMar>
              <w:top w:w="80" w:type="dxa"/>
              <w:left w:w="80" w:type="dxa"/>
              <w:bottom w:w="80" w:type="dxa"/>
              <w:right w:w="80" w:type="dxa"/>
            </w:tcMar>
          </w:tcPr>
          <w:p w14:paraId="1B65CEC0" w14:textId="77777777" w:rsidR="00436CB6" w:rsidRPr="00531554" w:rsidRDefault="00392156">
            <w:pPr>
              <w:rPr>
                <w:lang w:val="da-DK"/>
              </w:rPr>
            </w:pPr>
            <w:r w:rsidRPr="00531554">
              <w:rPr>
                <w:color w:val="000000"/>
                <w:sz w:val="15"/>
                <w:lang w:val="da-DK"/>
              </w:rPr>
              <w:t>Evt. slutslide</w:t>
            </w:r>
          </w:p>
        </w:tc>
        <w:tc>
          <w:tcPr>
            <w:tcW w:w="1991" w:type="dxa"/>
            <w:shd w:val="clear" w:color="auto" w:fill="FFFFFF"/>
            <w:tcMar>
              <w:top w:w="80" w:type="dxa"/>
              <w:left w:w="80" w:type="dxa"/>
              <w:bottom w:w="80" w:type="dxa"/>
              <w:right w:w="80" w:type="dxa"/>
            </w:tcMar>
          </w:tcPr>
          <w:p w14:paraId="2BB967CE" w14:textId="77777777" w:rsidR="00436CB6" w:rsidRPr="00531554" w:rsidRDefault="00392156">
            <w:pPr>
              <w:rPr>
                <w:lang w:val="da-DK"/>
              </w:rPr>
            </w:pPr>
            <w:r w:rsidRPr="00531554">
              <w:rPr>
                <w:color w:val="000000"/>
                <w:sz w:val="15"/>
                <w:lang w:val="da-DK"/>
              </w:rPr>
              <w:t>Moderator</w:t>
            </w:r>
          </w:p>
        </w:tc>
      </w:tr>
      <w:tr w:rsidR="00436CB6" w:rsidRPr="00531554" w14:paraId="2A1E1FA5" w14:textId="77777777" w:rsidTr="007A30CF">
        <w:trPr>
          <w:trHeight w:val="351"/>
          <w:jc w:val="center"/>
        </w:trPr>
        <w:tc>
          <w:tcPr>
            <w:tcW w:w="1808" w:type="dxa"/>
            <w:shd w:val="clear" w:color="auto" w:fill="F3F4F6"/>
            <w:tcMar>
              <w:top w:w="80" w:type="dxa"/>
              <w:left w:w="80" w:type="dxa"/>
              <w:bottom w:w="80" w:type="dxa"/>
              <w:right w:w="80" w:type="dxa"/>
            </w:tcMar>
          </w:tcPr>
          <w:p w14:paraId="024F3F8E" w14:textId="77777777" w:rsidR="00436CB6" w:rsidRPr="00531554" w:rsidRDefault="00392156">
            <w:pPr>
              <w:rPr>
                <w:lang w:val="da-DK"/>
              </w:rPr>
            </w:pPr>
            <w:r w:rsidRPr="00531554">
              <w:rPr>
                <w:color w:val="000000"/>
                <w:sz w:val="15"/>
                <w:lang w:val="da-DK"/>
              </w:rPr>
              <w:t>00:40</w:t>
            </w:r>
          </w:p>
        </w:tc>
        <w:tc>
          <w:tcPr>
            <w:tcW w:w="1870" w:type="dxa"/>
            <w:shd w:val="clear" w:color="auto" w:fill="F3F4F6"/>
            <w:tcMar>
              <w:top w:w="80" w:type="dxa"/>
              <w:left w:w="80" w:type="dxa"/>
              <w:bottom w:w="80" w:type="dxa"/>
              <w:right w:w="80" w:type="dxa"/>
            </w:tcMar>
          </w:tcPr>
          <w:p w14:paraId="3545DA3E" w14:textId="77777777" w:rsidR="00436CB6" w:rsidRPr="00531554" w:rsidRDefault="00392156">
            <w:pPr>
              <w:rPr>
                <w:lang w:val="da-DK"/>
              </w:rPr>
            </w:pPr>
            <w:r w:rsidRPr="00531554">
              <w:rPr>
                <w:color w:val="000000"/>
                <w:sz w:val="15"/>
                <w:lang w:val="da-DK"/>
              </w:rPr>
              <w:t>5 min.</w:t>
            </w:r>
          </w:p>
        </w:tc>
        <w:tc>
          <w:tcPr>
            <w:tcW w:w="1922" w:type="dxa"/>
            <w:shd w:val="clear" w:color="auto" w:fill="F3F4F6"/>
            <w:tcMar>
              <w:top w:w="80" w:type="dxa"/>
              <w:left w:w="80" w:type="dxa"/>
              <w:bottom w:w="80" w:type="dxa"/>
              <w:right w:w="80" w:type="dxa"/>
            </w:tcMar>
          </w:tcPr>
          <w:p w14:paraId="53D25B14" w14:textId="77777777" w:rsidR="00436CB6" w:rsidRPr="00531554" w:rsidRDefault="00392156">
            <w:pPr>
              <w:rPr>
                <w:lang w:val="da-DK"/>
              </w:rPr>
            </w:pPr>
            <w:r w:rsidRPr="00531554">
              <w:rPr>
                <w:color w:val="000000"/>
                <w:sz w:val="15"/>
                <w:lang w:val="da-DK"/>
              </w:rPr>
              <w:t>Handover</w:t>
            </w:r>
          </w:p>
        </w:tc>
        <w:tc>
          <w:tcPr>
            <w:tcW w:w="3740" w:type="dxa"/>
            <w:shd w:val="clear" w:color="auto" w:fill="F3F4F6"/>
            <w:tcMar>
              <w:top w:w="80" w:type="dxa"/>
              <w:left w:w="80" w:type="dxa"/>
              <w:bottom w:w="80" w:type="dxa"/>
              <w:right w:w="80" w:type="dxa"/>
            </w:tcMar>
          </w:tcPr>
          <w:p w14:paraId="47FCE94E" w14:textId="77777777" w:rsidR="00436CB6" w:rsidRPr="00531554" w:rsidRDefault="00392156">
            <w:pPr>
              <w:rPr>
                <w:lang w:val="da-DK"/>
              </w:rPr>
            </w:pPr>
            <w:r w:rsidRPr="00531554">
              <w:rPr>
                <w:color w:val="000000"/>
                <w:sz w:val="15"/>
                <w:lang w:val="da-DK"/>
              </w:rPr>
              <w:t>Tak til deltagere. Scenen ryddes og gøres klar til næste programpunkt.</w:t>
            </w:r>
          </w:p>
        </w:tc>
        <w:tc>
          <w:tcPr>
            <w:tcW w:w="2190" w:type="dxa"/>
            <w:shd w:val="clear" w:color="auto" w:fill="F3F4F6"/>
            <w:tcMar>
              <w:top w:w="80" w:type="dxa"/>
              <w:left w:w="80" w:type="dxa"/>
              <w:bottom w:w="80" w:type="dxa"/>
              <w:right w:w="80" w:type="dxa"/>
            </w:tcMar>
          </w:tcPr>
          <w:p w14:paraId="4C8F2369" w14:textId="77777777" w:rsidR="00436CB6" w:rsidRPr="00531554" w:rsidRDefault="00392156">
            <w:pPr>
              <w:rPr>
                <w:lang w:val="da-DK"/>
              </w:rPr>
            </w:pPr>
            <w:r w:rsidRPr="00531554">
              <w:rPr>
                <w:color w:val="000000"/>
                <w:sz w:val="15"/>
                <w:lang w:val="da-DK"/>
              </w:rPr>
              <w:t>—</w:t>
            </w:r>
          </w:p>
        </w:tc>
        <w:tc>
          <w:tcPr>
            <w:tcW w:w="1889" w:type="dxa"/>
            <w:shd w:val="clear" w:color="auto" w:fill="F3F4F6"/>
            <w:tcMar>
              <w:top w:w="80" w:type="dxa"/>
              <w:left w:w="80" w:type="dxa"/>
              <w:bottom w:w="80" w:type="dxa"/>
              <w:right w:w="80" w:type="dxa"/>
            </w:tcMar>
          </w:tcPr>
          <w:p w14:paraId="2A4E5753" w14:textId="77777777" w:rsidR="00436CB6" w:rsidRPr="00531554" w:rsidRDefault="00392156">
            <w:pPr>
              <w:rPr>
                <w:lang w:val="da-DK"/>
              </w:rPr>
            </w:pPr>
            <w:r w:rsidRPr="00531554">
              <w:rPr>
                <w:color w:val="000000"/>
                <w:sz w:val="15"/>
                <w:lang w:val="da-DK"/>
              </w:rPr>
              <w:t>—</w:t>
            </w:r>
          </w:p>
        </w:tc>
        <w:tc>
          <w:tcPr>
            <w:tcW w:w="1991" w:type="dxa"/>
            <w:shd w:val="clear" w:color="auto" w:fill="F3F4F6"/>
            <w:tcMar>
              <w:top w:w="80" w:type="dxa"/>
              <w:left w:w="80" w:type="dxa"/>
              <w:bottom w:w="80" w:type="dxa"/>
              <w:right w:w="80" w:type="dxa"/>
            </w:tcMar>
          </w:tcPr>
          <w:p w14:paraId="1A78DF60" w14:textId="359C2EAC" w:rsidR="00436CB6" w:rsidRPr="00531554" w:rsidRDefault="00790769">
            <w:pPr>
              <w:rPr>
                <w:lang w:val="da-DK"/>
              </w:rPr>
            </w:pPr>
            <w:r w:rsidRPr="00531554">
              <w:rPr>
                <w:color w:val="000000"/>
                <w:sz w:val="15"/>
                <w:lang w:val="da-DK"/>
              </w:rPr>
              <w:t>Programarrangør</w:t>
            </w:r>
          </w:p>
        </w:tc>
      </w:tr>
    </w:tbl>
    <w:p w14:paraId="60B0D881" w14:textId="77777777" w:rsidR="00436CB6" w:rsidRPr="00531554" w:rsidRDefault="00392156">
      <w:pPr>
        <w:rPr>
          <w:lang w:val="da-DK"/>
        </w:rPr>
      </w:pPr>
      <w:r w:rsidRPr="00531554">
        <w:rPr>
          <w:lang w:val="da-DK"/>
        </w:rPr>
        <w:br w:type="page"/>
      </w:r>
    </w:p>
    <w:p w14:paraId="7B6EA55A" w14:textId="6B146279" w:rsidR="00436CB6" w:rsidRPr="00531554" w:rsidRDefault="00392156">
      <w:pPr>
        <w:pStyle w:val="Overskrift1"/>
        <w:rPr>
          <w:lang w:val="da-DK"/>
        </w:rPr>
      </w:pPr>
      <w:r w:rsidRPr="00531554">
        <w:rPr>
          <w:lang w:val="da-DK"/>
        </w:rPr>
        <w:lastRenderedPageBreak/>
        <w:t>Cues</w:t>
      </w:r>
      <w:r w:rsidR="00E92746" w:rsidRPr="00531554">
        <w:rPr>
          <w:lang w:val="da-DK"/>
        </w:rPr>
        <w:t xml:space="preserve"> </w:t>
      </w:r>
      <w:r w:rsidRPr="00531554">
        <w:rPr>
          <w:lang w:val="da-DK"/>
        </w:rPr>
        <w:t>og sidste tjek</w:t>
      </w:r>
    </w:p>
    <w:tbl>
      <w:tblPr>
        <w:tblStyle w:val="Tabel-Gitter"/>
        <w:tblW w:w="0" w:type="auto"/>
        <w:jc w:val="center"/>
        <w:tblLook w:val="04A0" w:firstRow="1" w:lastRow="0" w:firstColumn="1" w:lastColumn="0" w:noHBand="0" w:noVBand="1"/>
      </w:tblPr>
      <w:tblGrid>
        <w:gridCol w:w="3666"/>
        <w:gridCol w:w="4394"/>
        <w:gridCol w:w="3677"/>
        <w:gridCol w:w="3673"/>
      </w:tblGrid>
      <w:tr w:rsidR="00436CB6" w:rsidRPr="00531554" w14:paraId="505FC554" w14:textId="77777777" w:rsidTr="00556FA4">
        <w:trPr>
          <w:jc w:val="center"/>
        </w:trPr>
        <w:tc>
          <w:tcPr>
            <w:tcW w:w="3706" w:type="dxa"/>
            <w:shd w:val="clear" w:color="auto" w:fill="43B39F"/>
            <w:tcMar>
              <w:top w:w="80" w:type="dxa"/>
              <w:left w:w="80" w:type="dxa"/>
              <w:bottom w:w="80" w:type="dxa"/>
              <w:right w:w="80" w:type="dxa"/>
            </w:tcMar>
          </w:tcPr>
          <w:p w14:paraId="5ECA5B64" w14:textId="77777777" w:rsidR="00436CB6" w:rsidRPr="00531554" w:rsidRDefault="00392156">
            <w:pPr>
              <w:rPr>
                <w:lang w:val="da-DK"/>
              </w:rPr>
            </w:pPr>
            <w:r w:rsidRPr="00531554">
              <w:rPr>
                <w:b/>
                <w:color w:val="FFFFFF"/>
                <w:sz w:val="16"/>
                <w:lang w:val="da-DK"/>
              </w:rPr>
              <w:t>Situation</w:t>
            </w:r>
          </w:p>
        </w:tc>
        <w:tc>
          <w:tcPr>
            <w:tcW w:w="4448" w:type="dxa"/>
            <w:shd w:val="clear" w:color="auto" w:fill="43B39F"/>
            <w:tcMar>
              <w:top w:w="80" w:type="dxa"/>
              <w:left w:w="80" w:type="dxa"/>
              <w:bottom w:w="80" w:type="dxa"/>
              <w:right w:w="80" w:type="dxa"/>
            </w:tcMar>
          </w:tcPr>
          <w:p w14:paraId="1420E22C" w14:textId="77777777" w:rsidR="00436CB6" w:rsidRPr="00531554" w:rsidRDefault="00392156">
            <w:pPr>
              <w:rPr>
                <w:lang w:val="da-DK"/>
              </w:rPr>
            </w:pPr>
            <w:r w:rsidRPr="00531554">
              <w:rPr>
                <w:b/>
                <w:color w:val="FFFFFF"/>
                <w:sz w:val="16"/>
                <w:lang w:val="da-DK"/>
              </w:rPr>
              <w:t>Aftalt greb</w:t>
            </w:r>
          </w:p>
        </w:tc>
        <w:tc>
          <w:tcPr>
            <w:tcW w:w="3715" w:type="dxa"/>
            <w:shd w:val="clear" w:color="auto" w:fill="43B39F"/>
            <w:tcMar>
              <w:top w:w="80" w:type="dxa"/>
              <w:left w:w="80" w:type="dxa"/>
              <w:bottom w:w="80" w:type="dxa"/>
              <w:right w:w="80" w:type="dxa"/>
            </w:tcMar>
          </w:tcPr>
          <w:p w14:paraId="4C917977" w14:textId="77777777" w:rsidR="00436CB6" w:rsidRPr="00531554" w:rsidRDefault="00392156">
            <w:pPr>
              <w:rPr>
                <w:lang w:val="da-DK"/>
              </w:rPr>
            </w:pPr>
            <w:r w:rsidRPr="00531554">
              <w:rPr>
                <w:b/>
                <w:color w:val="FFFFFF"/>
                <w:sz w:val="16"/>
                <w:lang w:val="da-DK"/>
              </w:rPr>
              <w:t>Hvem handler?</w:t>
            </w:r>
          </w:p>
        </w:tc>
        <w:tc>
          <w:tcPr>
            <w:tcW w:w="3711" w:type="dxa"/>
            <w:shd w:val="clear" w:color="auto" w:fill="43B39F"/>
            <w:tcMar>
              <w:top w:w="80" w:type="dxa"/>
              <w:left w:w="80" w:type="dxa"/>
              <w:bottom w:w="80" w:type="dxa"/>
              <w:right w:w="80" w:type="dxa"/>
            </w:tcMar>
          </w:tcPr>
          <w:p w14:paraId="03EDAF03" w14:textId="77777777" w:rsidR="00436CB6" w:rsidRPr="00531554" w:rsidRDefault="00392156">
            <w:pPr>
              <w:rPr>
                <w:lang w:val="da-DK"/>
              </w:rPr>
            </w:pPr>
            <w:r w:rsidRPr="00531554">
              <w:rPr>
                <w:b/>
                <w:color w:val="FFFFFF"/>
                <w:sz w:val="16"/>
                <w:lang w:val="da-DK"/>
              </w:rPr>
              <w:t>Teknik / materialer</w:t>
            </w:r>
          </w:p>
        </w:tc>
      </w:tr>
      <w:tr w:rsidR="00436CB6" w:rsidRPr="00531554" w14:paraId="6A86448D" w14:textId="77777777" w:rsidTr="00556FA4">
        <w:trPr>
          <w:jc w:val="center"/>
        </w:trPr>
        <w:tc>
          <w:tcPr>
            <w:tcW w:w="3706" w:type="dxa"/>
            <w:tcMar>
              <w:top w:w="80" w:type="dxa"/>
              <w:left w:w="80" w:type="dxa"/>
              <w:bottom w:w="80" w:type="dxa"/>
              <w:right w:w="80" w:type="dxa"/>
            </w:tcMar>
          </w:tcPr>
          <w:p w14:paraId="05220D0C" w14:textId="77777777" w:rsidR="00436CB6" w:rsidRPr="00531554" w:rsidRDefault="00392156">
            <w:pPr>
              <w:rPr>
                <w:lang w:val="da-DK"/>
              </w:rPr>
            </w:pPr>
            <w:r w:rsidRPr="00531554">
              <w:rPr>
                <w:color w:val="000000"/>
                <w:sz w:val="16"/>
                <w:lang w:val="da-DK"/>
              </w:rPr>
              <w:t>Tiden skrider</w:t>
            </w:r>
          </w:p>
        </w:tc>
        <w:tc>
          <w:tcPr>
            <w:tcW w:w="4448" w:type="dxa"/>
            <w:tcMar>
              <w:top w:w="80" w:type="dxa"/>
              <w:left w:w="80" w:type="dxa"/>
              <w:bottom w:w="80" w:type="dxa"/>
              <w:right w:w="80" w:type="dxa"/>
            </w:tcMar>
          </w:tcPr>
          <w:p w14:paraId="065B3D8F" w14:textId="77777777" w:rsidR="00436CB6" w:rsidRPr="00531554" w:rsidRDefault="00392156">
            <w:pPr>
              <w:rPr>
                <w:lang w:val="da-DK"/>
              </w:rPr>
            </w:pPr>
            <w:r w:rsidRPr="00531554">
              <w:rPr>
                <w:color w:val="6B7280"/>
                <w:sz w:val="16"/>
                <w:lang w:val="da-DK"/>
              </w:rPr>
              <w:t>[Hvad kan forkortes eller springes over?]</w:t>
            </w:r>
          </w:p>
        </w:tc>
        <w:tc>
          <w:tcPr>
            <w:tcW w:w="3715" w:type="dxa"/>
            <w:tcMar>
              <w:top w:w="80" w:type="dxa"/>
              <w:left w:w="80" w:type="dxa"/>
              <w:bottom w:w="80" w:type="dxa"/>
              <w:right w:w="80" w:type="dxa"/>
            </w:tcMar>
          </w:tcPr>
          <w:p w14:paraId="75555343" w14:textId="77777777" w:rsidR="00436CB6" w:rsidRPr="00531554" w:rsidRDefault="00392156">
            <w:pPr>
              <w:rPr>
                <w:lang w:val="da-DK"/>
              </w:rPr>
            </w:pPr>
            <w:r w:rsidRPr="00531554">
              <w:rPr>
                <w:color w:val="6B7280"/>
                <w:sz w:val="16"/>
                <w:lang w:val="da-DK"/>
              </w:rPr>
              <w:t>[navn]</w:t>
            </w:r>
          </w:p>
        </w:tc>
        <w:tc>
          <w:tcPr>
            <w:tcW w:w="3711" w:type="dxa"/>
            <w:tcMar>
              <w:top w:w="80" w:type="dxa"/>
              <w:left w:w="80" w:type="dxa"/>
              <w:bottom w:w="80" w:type="dxa"/>
              <w:right w:w="80" w:type="dxa"/>
            </w:tcMar>
          </w:tcPr>
          <w:p w14:paraId="65683A02" w14:textId="77777777" w:rsidR="00436CB6" w:rsidRPr="00531554" w:rsidRDefault="00392156">
            <w:pPr>
              <w:rPr>
                <w:lang w:val="da-DK"/>
              </w:rPr>
            </w:pPr>
            <w:r w:rsidRPr="00531554">
              <w:rPr>
                <w:color w:val="6B7280"/>
                <w:sz w:val="16"/>
                <w:lang w:val="da-DK"/>
              </w:rPr>
              <w:t>[cue / ur / skilt]</w:t>
            </w:r>
          </w:p>
        </w:tc>
      </w:tr>
      <w:tr w:rsidR="00436CB6" w:rsidRPr="00531554" w14:paraId="10A0A047" w14:textId="77777777" w:rsidTr="00556FA4">
        <w:trPr>
          <w:jc w:val="center"/>
        </w:trPr>
        <w:tc>
          <w:tcPr>
            <w:tcW w:w="3706" w:type="dxa"/>
            <w:tcMar>
              <w:top w:w="80" w:type="dxa"/>
              <w:left w:w="80" w:type="dxa"/>
              <w:bottom w:w="80" w:type="dxa"/>
              <w:right w:w="80" w:type="dxa"/>
            </w:tcMar>
          </w:tcPr>
          <w:p w14:paraId="3C00CFA8" w14:textId="77777777" w:rsidR="00436CB6" w:rsidRPr="00531554" w:rsidRDefault="00392156">
            <w:pPr>
              <w:rPr>
                <w:lang w:val="da-DK"/>
              </w:rPr>
            </w:pPr>
            <w:r w:rsidRPr="00531554">
              <w:rPr>
                <w:color w:val="000000"/>
                <w:sz w:val="16"/>
                <w:lang w:val="da-DK"/>
              </w:rPr>
              <w:t>Publikum er tilbageholdende</w:t>
            </w:r>
          </w:p>
        </w:tc>
        <w:tc>
          <w:tcPr>
            <w:tcW w:w="4448" w:type="dxa"/>
            <w:tcMar>
              <w:top w:w="80" w:type="dxa"/>
              <w:left w:w="80" w:type="dxa"/>
              <w:bottom w:w="80" w:type="dxa"/>
              <w:right w:w="80" w:type="dxa"/>
            </w:tcMar>
          </w:tcPr>
          <w:p w14:paraId="062B323B" w14:textId="77777777" w:rsidR="00436CB6" w:rsidRPr="00531554" w:rsidRDefault="00392156">
            <w:pPr>
              <w:rPr>
                <w:lang w:val="da-DK"/>
              </w:rPr>
            </w:pPr>
            <w:r w:rsidRPr="00531554">
              <w:rPr>
                <w:color w:val="6B7280"/>
                <w:sz w:val="16"/>
                <w:lang w:val="da-DK"/>
              </w:rPr>
              <w:t>[Hvilket lavtærskelgreb bruges først?]</w:t>
            </w:r>
          </w:p>
        </w:tc>
        <w:tc>
          <w:tcPr>
            <w:tcW w:w="3715" w:type="dxa"/>
            <w:tcMar>
              <w:top w:w="80" w:type="dxa"/>
              <w:left w:w="80" w:type="dxa"/>
              <w:bottom w:w="80" w:type="dxa"/>
              <w:right w:w="80" w:type="dxa"/>
            </w:tcMar>
          </w:tcPr>
          <w:p w14:paraId="4232BEE0" w14:textId="77777777" w:rsidR="00436CB6" w:rsidRPr="00531554" w:rsidRDefault="00392156">
            <w:pPr>
              <w:rPr>
                <w:lang w:val="da-DK"/>
              </w:rPr>
            </w:pPr>
            <w:r w:rsidRPr="00531554">
              <w:rPr>
                <w:color w:val="6B7280"/>
                <w:sz w:val="16"/>
                <w:lang w:val="da-DK"/>
              </w:rPr>
              <w:t>[moderator]</w:t>
            </w:r>
          </w:p>
        </w:tc>
        <w:tc>
          <w:tcPr>
            <w:tcW w:w="3711" w:type="dxa"/>
            <w:tcMar>
              <w:top w:w="80" w:type="dxa"/>
              <w:left w:w="80" w:type="dxa"/>
              <w:bottom w:w="80" w:type="dxa"/>
              <w:right w:w="80" w:type="dxa"/>
            </w:tcMar>
          </w:tcPr>
          <w:p w14:paraId="2FD16F1E" w14:textId="77777777" w:rsidR="00436CB6" w:rsidRPr="00531554" w:rsidRDefault="00392156">
            <w:pPr>
              <w:rPr>
                <w:lang w:val="da-DK"/>
              </w:rPr>
            </w:pPr>
            <w:r w:rsidRPr="00531554">
              <w:rPr>
                <w:color w:val="6B7280"/>
                <w:sz w:val="16"/>
                <w:lang w:val="da-DK"/>
              </w:rPr>
              <w:t>[fx håndsoprækning]</w:t>
            </w:r>
          </w:p>
        </w:tc>
      </w:tr>
      <w:tr w:rsidR="00436CB6" w:rsidRPr="00531554" w14:paraId="5F6C5F4F" w14:textId="77777777" w:rsidTr="00556FA4">
        <w:trPr>
          <w:jc w:val="center"/>
        </w:trPr>
        <w:tc>
          <w:tcPr>
            <w:tcW w:w="3706" w:type="dxa"/>
            <w:tcMar>
              <w:top w:w="80" w:type="dxa"/>
              <w:left w:w="80" w:type="dxa"/>
              <w:bottom w:w="80" w:type="dxa"/>
              <w:right w:w="80" w:type="dxa"/>
            </w:tcMar>
          </w:tcPr>
          <w:p w14:paraId="0B1DF01D" w14:textId="77777777" w:rsidR="00436CB6" w:rsidRPr="00531554" w:rsidRDefault="00392156">
            <w:pPr>
              <w:rPr>
                <w:lang w:val="da-DK"/>
              </w:rPr>
            </w:pPr>
            <w:r w:rsidRPr="00531554">
              <w:rPr>
                <w:color w:val="000000"/>
                <w:sz w:val="16"/>
                <w:lang w:val="da-DK"/>
              </w:rPr>
              <w:t>Teknisk fejl</w:t>
            </w:r>
          </w:p>
        </w:tc>
        <w:tc>
          <w:tcPr>
            <w:tcW w:w="4448" w:type="dxa"/>
            <w:tcMar>
              <w:top w:w="80" w:type="dxa"/>
              <w:left w:w="80" w:type="dxa"/>
              <w:bottom w:w="80" w:type="dxa"/>
              <w:right w:w="80" w:type="dxa"/>
            </w:tcMar>
          </w:tcPr>
          <w:p w14:paraId="16914D9F" w14:textId="77777777" w:rsidR="00436CB6" w:rsidRPr="00531554" w:rsidRDefault="00392156">
            <w:pPr>
              <w:rPr>
                <w:lang w:val="da-DK"/>
              </w:rPr>
            </w:pPr>
            <w:r w:rsidRPr="00531554">
              <w:rPr>
                <w:color w:val="6B7280"/>
                <w:sz w:val="16"/>
                <w:lang w:val="da-DK"/>
              </w:rPr>
              <w:t>[Hvad er plan B uden slides / lyd?]</w:t>
            </w:r>
          </w:p>
        </w:tc>
        <w:tc>
          <w:tcPr>
            <w:tcW w:w="3715" w:type="dxa"/>
            <w:tcMar>
              <w:top w:w="80" w:type="dxa"/>
              <w:left w:w="80" w:type="dxa"/>
              <w:bottom w:w="80" w:type="dxa"/>
              <w:right w:w="80" w:type="dxa"/>
            </w:tcMar>
          </w:tcPr>
          <w:p w14:paraId="5F5B925E" w14:textId="77777777" w:rsidR="00436CB6" w:rsidRPr="00531554" w:rsidRDefault="00392156">
            <w:pPr>
              <w:rPr>
                <w:lang w:val="da-DK"/>
              </w:rPr>
            </w:pPr>
            <w:r w:rsidRPr="00531554">
              <w:rPr>
                <w:color w:val="6B7280"/>
                <w:sz w:val="16"/>
                <w:lang w:val="da-DK"/>
              </w:rPr>
              <w:t>[teknik + arrangør]</w:t>
            </w:r>
          </w:p>
        </w:tc>
        <w:tc>
          <w:tcPr>
            <w:tcW w:w="3711" w:type="dxa"/>
            <w:tcMar>
              <w:top w:w="80" w:type="dxa"/>
              <w:left w:w="80" w:type="dxa"/>
              <w:bottom w:w="80" w:type="dxa"/>
              <w:right w:w="80" w:type="dxa"/>
            </w:tcMar>
          </w:tcPr>
          <w:p w14:paraId="570B1689" w14:textId="77777777" w:rsidR="00436CB6" w:rsidRPr="00531554" w:rsidRDefault="00392156">
            <w:pPr>
              <w:rPr>
                <w:lang w:val="da-DK"/>
              </w:rPr>
            </w:pPr>
            <w:r w:rsidRPr="00531554">
              <w:rPr>
                <w:color w:val="6B7280"/>
                <w:sz w:val="16"/>
                <w:lang w:val="da-DK"/>
              </w:rPr>
              <w:t>[plan B]</w:t>
            </w:r>
          </w:p>
        </w:tc>
      </w:tr>
      <w:tr w:rsidR="00436CB6" w:rsidRPr="00531554" w14:paraId="4155FCE0" w14:textId="77777777" w:rsidTr="00556FA4">
        <w:trPr>
          <w:jc w:val="center"/>
        </w:trPr>
        <w:tc>
          <w:tcPr>
            <w:tcW w:w="3706" w:type="dxa"/>
            <w:tcMar>
              <w:top w:w="80" w:type="dxa"/>
              <w:left w:w="80" w:type="dxa"/>
              <w:bottom w:w="80" w:type="dxa"/>
              <w:right w:w="80" w:type="dxa"/>
            </w:tcMar>
          </w:tcPr>
          <w:p w14:paraId="5B9135DC" w14:textId="107BF351" w:rsidR="00436CB6" w:rsidRPr="00531554" w:rsidRDefault="00392156">
            <w:pPr>
              <w:rPr>
                <w:lang w:val="da-DK"/>
              </w:rPr>
            </w:pPr>
            <w:r w:rsidRPr="00531554">
              <w:rPr>
                <w:color w:val="000000"/>
                <w:sz w:val="16"/>
                <w:lang w:val="da-DK"/>
              </w:rPr>
              <w:t>Uventet konflikt</w:t>
            </w:r>
          </w:p>
        </w:tc>
        <w:tc>
          <w:tcPr>
            <w:tcW w:w="4448" w:type="dxa"/>
            <w:tcMar>
              <w:top w:w="80" w:type="dxa"/>
              <w:left w:w="80" w:type="dxa"/>
              <w:bottom w:w="80" w:type="dxa"/>
              <w:right w:w="80" w:type="dxa"/>
            </w:tcMar>
          </w:tcPr>
          <w:p w14:paraId="6CCC22CB" w14:textId="77777777" w:rsidR="00436CB6" w:rsidRPr="00531554" w:rsidRDefault="00392156">
            <w:pPr>
              <w:rPr>
                <w:lang w:val="da-DK"/>
              </w:rPr>
            </w:pPr>
            <w:r w:rsidRPr="00531554">
              <w:rPr>
                <w:color w:val="6B7280"/>
                <w:sz w:val="16"/>
                <w:lang w:val="da-DK"/>
              </w:rPr>
              <w:t>[Hvordan stopper og rammesætter moderator?]</w:t>
            </w:r>
          </w:p>
        </w:tc>
        <w:tc>
          <w:tcPr>
            <w:tcW w:w="3715" w:type="dxa"/>
            <w:tcMar>
              <w:top w:w="80" w:type="dxa"/>
              <w:left w:w="80" w:type="dxa"/>
              <w:bottom w:w="80" w:type="dxa"/>
              <w:right w:w="80" w:type="dxa"/>
            </w:tcMar>
          </w:tcPr>
          <w:p w14:paraId="6E5FB8D5" w14:textId="77777777" w:rsidR="00436CB6" w:rsidRPr="00531554" w:rsidRDefault="00392156">
            <w:pPr>
              <w:rPr>
                <w:lang w:val="da-DK"/>
              </w:rPr>
            </w:pPr>
            <w:r w:rsidRPr="00531554">
              <w:rPr>
                <w:color w:val="6B7280"/>
                <w:sz w:val="16"/>
                <w:lang w:val="da-DK"/>
              </w:rPr>
              <w:t>[moderator]</w:t>
            </w:r>
          </w:p>
        </w:tc>
        <w:tc>
          <w:tcPr>
            <w:tcW w:w="3711" w:type="dxa"/>
            <w:tcMar>
              <w:top w:w="80" w:type="dxa"/>
              <w:left w:w="80" w:type="dxa"/>
              <w:bottom w:w="80" w:type="dxa"/>
              <w:right w:w="80" w:type="dxa"/>
            </w:tcMar>
          </w:tcPr>
          <w:p w14:paraId="6942C394" w14:textId="77777777" w:rsidR="00436CB6" w:rsidRPr="00531554" w:rsidRDefault="00392156">
            <w:pPr>
              <w:rPr>
                <w:lang w:val="da-DK"/>
              </w:rPr>
            </w:pPr>
            <w:r w:rsidRPr="00531554">
              <w:rPr>
                <w:color w:val="000000"/>
                <w:sz w:val="16"/>
                <w:lang w:val="da-DK"/>
              </w:rPr>
              <w:t>—</w:t>
            </w:r>
          </w:p>
        </w:tc>
      </w:tr>
      <w:tr w:rsidR="00436CB6" w:rsidRPr="00531554" w14:paraId="531074B4" w14:textId="77777777" w:rsidTr="00556FA4">
        <w:trPr>
          <w:jc w:val="center"/>
        </w:trPr>
        <w:tc>
          <w:tcPr>
            <w:tcW w:w="3706" w:type="dxa"/>
            <w:tcMar>
              <w:top w:w="80" w:type="dxa"/>
              <w:left w:w="80" w:type="dxa"/>
              <w:bottom w:w="80" w:type="dxa"/>
              <w:right w:w="80" w:type="dxa"/>
            </w:tcMar>
          </w:tcPr>
          <w:p w14:paraId="1AD2FDBC" w14:textId="77777777" w:rsidR="00436CB6" w:rsidRPr="00531554" w:rsidRDefault="00392156">
            <w:pPr>
              <w:rPr>
                <w:lang w:val="da-DK"/>
              </w:rPr>
            </w:pPr>
            <w:r w:rsidRPr="00531554">
              <w:rPr>
                <w:color w:val="000000"/>
                <w:sz w:val="16"/>
                <w:lang w:val="da-DK"/>
              </w:rPr>
              <w:t>Deltager mangler</w:t>
            </w:r>
          </w:p>
        </w:tc>
        <w:tc>
          <w:tcPr>
            <w:tcW w:w="4448" w:type="dxa"/>
            <w:tcMar>
              <w:top w:w="80" w:type="dxa"/>
              <w:left w:w="80" w:type="dxa"/>
              <w:bottom w:w="80" w:type="dxa"/>
              <w:right w:w="80" w:type="dxa"/>
            </w:tcMar>
          </w:tcPr>
          <w:p w14:paraId="2B5CDF67" w14:textId="77777777" w:rsidR="00436CB6" w:rsidRPr="00531554" w:rsidRDefault="00392156">
            <w:pPr>
              <w:rPr>
                <w:lang w:val="da-DK"/>
              </w:rPr>
            </w:pPr>
            <w:r w:rsidRPr="00531554">
              <w:rPr>
                <w:color w:val="6B7280"/>
                <w:sz w:val="16"/>
                <w:lang w:val="da-DK"/>
              </w:rPr>
              <w:t>[Hvordan justeres format og rækkefølge?]</w:t>
            </w:r>
          </w:p>
        </w:tc>
        <w:tc>
          <w:tcPr>
            <w:tcW w:w="3715" w:type="dxa"/>
            <w:tcMar>
              <w:top w:w="80" w:type="dxa"/>
              <w:left w:w="80" w:type="dxa"/>
              <w:bottom w:w="80" w:type="dxa"/>
              <w:right w:w="80" w:type="dxa"/>
            </w:tcMar>
          </w:tcPr>
          <w:p w14:paraId="24F33E8C" w14:textId="77777777" w:rsidR="00436CB6" w:rsidRPr="00531554" w:rsidRDefault="00392156">
            <w:pPr>
              <w:rPr>
                <w:lang w:val="da-DK"/>
              </w:rPr>
            </w:pPr>
            <w:r w:rsidRPr="00531554">
              <w:rPr>
                <w:color w:val="6B7280"/>
                <w:sz w:val="16"/>
                <w:lang w:val="da-DK"/>
              </w:rPr>
              <w:t>[programarrangør]</w:t>
            </w:r>
          </w:p>
        </w:tc>
        <w:tc>
          <w:tcPr>
            <w:tcW w:w="3711" w:type="dxa"/>
            <w:tcMar>
              <w:top w:w="80" w:type="dxa"/>
              <w:left w:w="80" w:type="dxa"/>
              <w:bottom w:w="80" w:type="dxa"/>
              <w:right w:w="80" w:type="dxa"/>
            </w:tcMar>
          </w:tcPr>
          <w:p w14:paraId="22B34951" w14:textId="77777777" w:rsidR="00436CB6" w:rsidRPr="00531554" w:rsidRDefault="00392156">
            <w:pPr>
              <w:rPr>
                <w:lang w:val="da-DK"/>
              </w:rPr>
            </w:pPr>
            <w:r w:rsidRPr="00531554">
              <w:rPr>
                <w:color w:val="000000"/>
                <w:sz w:val="16"/>
                <w:lang w:val="da-DK"/>
              </w:rPr>
              <w:t>—</w:t>
            </w:r>
          </w:p>
        </w:tc>
      </w:tr>
    </w:tbl>
    <w:p w14:paraId="3959F3C9" w14:textId="77777777" w:rsidR="00436CB6" w:rsidRPr="00531554" w:rsidRDefault="00392156">
      <w:pPr>
        <w:pStyle w:val="Overskrift2"/>
        <w:rPr>
          <w:lang w:val="da-DK"/>
        </w:rPr>
      </w:pPr>
      <w:r w:rsidRPr="00531554">
        <w:rPr>
          <w:lang w:val="da-DK"/>
        </w:rPr>
        <w:t>Sidste tjek før scenestart</w:t>
      </w:r>
    </w:p>
    <w:tbl>
      <w:tblPr>
        <w:tblStyle w:val="TableNormal"/>
        <w:tblW w:w="0" w:type="auto"/>
        <w:jc w:val="center"/>
        <w:tblLook w:val="04A0" w:firstRow="1" w:lastRow="0" w:firstColumn="1" w:lastColumn="0" w:noHBand="0" w:noVBand="1"/>
      </w:tblPr>
      <w:tblGrid>
        <w:gridCol w:w="3855"/>
        <w:gridCol w:w="3855"/>
        <w:gridCol w:w="3855"/>
        <w:gridCol w:w="3855"/>
      </w:tblGrid>
      <w:tr w:rsidR="00436CB6" w:rsidRPr="00531554" w14:paraId="09EF24EF" w14:textId="77777777">
        <w:trPr>
          <w:jc w:val="center"/>
        </w:trPr>
        <w:tc>
          <w:tcPr>
            <w:tcW w:w="3855" w:type="dxa"/>
            <w:shd w:val="clear" w:color="auto" w:fill="F3F4F6"/>
            <w:tcMar>
              <w:top w:w="80" w:type="dxa"/>
              <w:left w:w="80" w:type="dxa"/>
              <w:bottom w:w="80" w:type="dxa"/>
              <w:right w:w="80" w:type="dxa"/>
            </w:tcMar>
          </w:tcPr>
          <w:p w14:paraId="4AEA2A0E" w14:textId="77777777" w:rsidR="00436CB6" w:rsidRPr="00531554" w:rsidRDefault="00392156">
            <w:pPr>
              <w:spacing w:after="0"/>
              <w:rPr>
                <w:lang w:val="da-DK"/>
              </w:rPr>
            </w:pPr>
            <w:r w:rsidRPr="00531554">
              <w:rPr>
                <w:color w:val="2F2F38"/>
                <w:sz w:val="16"/>
                <w:lang w:val="da-DK"/>
              </w:rPr>
              <w:t>☐ Alle deltagere er briefet</w:t>
            </w:r>
          </w:p>
        </w:tc>
        <w:tc>
          <w:tcPr>
            <w:tcW w:w="3855" w:type="dxa"/>
            <w:shd w:val="clear" w:color="auto" w:fill="FFFFFF"/>
            <w:tcMar>
              <w:top w:w="80" w:type="dxa"/>
              <w:left w:w="80" w:type="dxa"/>
              <w:bottom w:w="80" w:type="dxa"/>
              <w:right w:w="80" w:type="dxa"/>
            </w:tcMar>
          </w:tcPr>
          <w:p w14:paraId="145C323B" w14:textId="77777777" w:rsidR="00436CB6" w:rsidRPr="00531554" w:rsidRDefault="00392156">
            <w:pPr>
              <w:spacing w:after="0"/>
              <w:rPr>
                <w:lang w:val="da-DK"/>
              </w:rPr>
            </w:pPr>
            <w:r w:rsidRPr="00531554">
              <w:rPr>
                <w:color w:val="2F2F38"/>
                <w:sz w:val="16"/>
                <w:lang w:val="da-DK"/>
              </w:rPr>
              <w:t>☐ Navne og titler er korrekte</w:t>
            </w:r>
          </w:p>
        </w:tc>
        <w:tc>
          <w:tcPr>
            <w:tcW w:w="3855" w:type="dxa"/>
            <w:shd w:val="clear" w:color="auto" w:fill="F3F4F6"/>
            <w:tcMar>
              <w:top w:w="80" w:type="dxa"/>
              <w:left w:w="80" w:type="dxa"/>
              <w:bottom w:w="80" w:type="dxa"/>
              <w:right w:w="80" w:type="dxa"/>
            </w:tcMar>
          </w:tcPr>
          <w:p w14:paraId="2FFFBE6D" w14:textId="77777777" w:rsidR="00436CB6" w:rsidRPr="00531554" w:rsidRDefault="00392156">
            <w:pPr>
              <w:spacing w:after="0"/>
              <w:rPr>
                <w:lang w:val="da-DK"/>
              </w:rPr>
            </w:pPr>
            <w:r w:rsidRPr="00531554">
              <w:rPr>
                <w:color w:val="2F2F38"/>
                <w:sz w:val="16"/>
                <w:lang w:val="da-DK"/>
              </w:rPr>
              <w:t>☐ Publikumsinddragelsen er aftalt</w:t>
            </w:r>
          </w:p>
        </w:tc>
        <w:tc>
          <w:tcPr>
            <w:tcW w:w="3855" w:type="dxa"/>
            <w:shd w:val="clear" w:color="auto" w:fill="FFFFFF"/>
            <w:tcMar>
              <w:top w:w="80" w:type="dxa"/>
              <w:left w:w="80" w:type="dxa"/>
              <w:bottom w:w="80" w:type="dxa"/>
              <w:right w:w="80" w:type="dxa"/>
            </w:tcMar>
          </w:tcPr>
          <w:p w14:paraId="01392FE5" w14:textId="77777777" w:rsidR="00436CB6" w:rsidRPr="00531554" w:rsidRDefault="00392156">
            <w:pPr>
              <w:spacing w:after="0"/>
              <w:rPr>
                <w:lang w:val="da-DK"/>
              </w:rPr>
            </w:pPr>
            <w:r w:rsidRPr="00531554">
              <w:rPr>
                <w:color w:val="2F2F38"/>
                <w:sz w:val="16"/>
                <w:lang w:val="da-DK"/>
              </w:rPr>
              <w:t>☐ Teknikken er testet</w:t>
            </w:r>
          </w:p>
        </w:tc>
      </w:tr>
      <w:tr w:rsidR="00436CB6" w:rsidRPr="00144507" w14:paraId="382396EF" w14:textId="77777777">
        <w:trPr>
          <w:jc w:val="center"/>
        </w:trPr>
        <w:tc>
          <w:tcPr>
            <w:tcW w:w="3855" w:type="dxa"/>
            <w:shd w:val="clear" w:color="auto" w:fill="F3F4F6"/>
            <w:tcMar>
              <w:top w:w="80" w:type="dxa"/>
              <w:left w:w="80" w:type="dxa"/>
              <w:bottom w:w="80" w:type="dxa"/>
              <w:right w:w="80" w:type="dxa"/>
            </w:tcMar>
          </w:tcPr>
          <w:p w14:paraId="366895E8" w14:textId="77777777" w:rsidR="00436CB6" w:rsidRPr="00531554" w:rsidRDefault="00392156">
            <w:pPr>
              <w:spacing w:after="0"/>
              <w:rPr>
                <w:lang w:val="da-DK"/>
              </w:rPr>
            </w:pPr>
            <w:r w:rsidRPr="00531554">
              <w:rPr>
                <w:color w:val="2F2F38"/>
                <w:sz w:val="16"/>
                <w:lang w:val="da-DK"/>
              </w:rPr>
              <w:t>☐ Moderator kender sluttid og cut-punkter</w:t>
            </w:r>
          </w:p>
        </w:tc>
        <w:tc>
          <w:tcPr>
            <w:tcW w:w="3855" w:type="dxa"/>
            <w:shd w:val="clear" w:color="auto" w:fill="FFFFFF"/>
            <w:tcMar>
              <w:top w:w="80" w:type="dxa"/>
              <w:left w:w="80" w:type="dxa"/>
              <w:bottom w:w="80" w:type="dxa"/>
              <w:right w:w="80" w:type="dxa"/>
            </w:tcMar>
          </w:tcPr>
          <w:p w14:paraId="654BA348" w14:textId="77777777" w:rsidR="00436CB6" w:rsidRPr="00531554" w:rsidRDefault="00392156">
            <w:pPr>
              <w:spacing w:after="0"/>
              <w:rPr>
                <w:lang w:val="da-DK"/>
              </w:rPr>
            </w:pPr>
            <w:r w:rsidRPr="00531554">
              <w:rPr>
                <w:color w:val="2F2F38"/>
                <w:sz w:val="16"/>
                <w:lang w:val="da-DK"/>
              </w:rPr>
              <w:t>☐ Materialer/rekvisitter ligger klar</w:t>
            </w:r>
          </w:p>
        </w:tc>
        <w:tc>
          <w:tcPr>
            <w:tcW w:w="3855" w:type="dxa"/>
            <w:shd w:val="clear" w:color="auto" w:fill="F3F4F6"/>
            <w:tcMar>
              <w:top w:w="80" w:type="dxa"/>
              <w:left w:w="80" w:type="dxa"/>
              <w:bottom w:w="80" w:type="dxa"/>
              <w:right w:w="80" w:type="dxa"/>
            </w:tcMar>
          </w:tcPr>
          <w:p w14:paraId="21C3F9F1" w14:textId="77777777" w:rsidR="00436CB6" w:rsidRPr="00531554" w:rsidRDefault="00392156">
            <w:pPr>
              <w:spacing w:after="0"/>
              <w:rPr>
                <w:lang w:val="da-DK"/>
              </w:rPr>
            </w:pPr>
            <w:r w:rsidRPr="00531554">
              <w:rPr>
                <w:color w:val="2F2F38"/>
                <w:sz w:val="16"/>
                <w:lang w:val="da-DK"/>
              </w:rPr>
              <w:t>☐ Plan B er kendt</w:t>
            </w:r>
          </w:p>
        </w:tc>
        <w:tc>
          <w:tcPr>
            <w:tcW w:w="3855" w:type="dxa"/>
            <w:shd w:val="clear" w:color="auto" w:fill="FFFFFF"/>
            <w:tcMar>
              <w:top w:w="80" w:type="dxa"/>
              <w:left w:w="80" w:type="dxa"/>
              <w:bottom w:w="80" w:type="dxa"/>
              <w:right w:w="80" w:type="dxa"/>
            </w:tcMar>
          </w:tcPr>
          <w:p w14:paraId="765864E5" w14:textId="77777777" w:rsidR="00436CB6" w:rsidRPr="00531554" w:rsidRDefault="00392156">
            <w:pPr>
              <w:spacing w:after="0"/>
              <w:rPr>
                <w:lang w:val="da-DK"/>
              </w:rPr>
            </w:pPr>
            <w:r w:rsidRPr="00531554">
              <w:rPr>
                <w:color w:val="2F2F38"/>
                <w:sz w:val="16"/>
                <w:lang w:val="da-DK"/>
              </w:rPr>
              <w:t>☐ Ansvar efter programpunktet er aftalt</w:t>
            </w:r>
          </w:p>
        </w:tc>
      </w:tr>
    </w:tbl>
    <w:p w14:paraId="48621E79" w14:textId="0B7A9447" w:rsidR="00436CB6" w:rsidRPr="00531554" w:rsidRDefault="00436CB6">
      <w:pPr>
        <w:spacing w:before="160" w:after="60"/>
        <w:rPr>
          <w:b/>
          <w:color w:val="2D3D79"/>
          <w:sz w:val="22"/>
          <w:lang w:val="da-DK"/>
        </w:rPr>
      </w:pPr>
    </w:p>
    <w:tbl>
      <w:tblPr>
        <w:tblStyle w:val="TableNormal"/>
        <w:tblW w:w="0" w:type="auto"/>
        <w:tblLook w:val="04A0" w:firstRow="1" w:lastRow="0" w:firstColumn="1" w:lastColumn="0" w:noHBand="0" w:noVBand="1"/>
      </w:tblPr>
      <w:tblGrid>
        <w:gridCol w:w="15420"/>
      </w:tblGrid>
      <w:tr w:rsidR="00436CB6" w:rsidRPr="00144507" w14:paraId="3659BB39" w14:textId="77777777">
        <w:tc>
          <w:tcPr>
            <w:tcW w:w="15420" w:type="dxa"/>
            <w:shd w:val="clear" w:color="auto" w:fill="ADCA20"/>
            <w:tcMar>
              <w:top w:w="80" w:type="dxa"/>
              <w:left w:w="80" w:type="dxa"/>
              <w:bottom w:w="80" w:type="dxa"/>
              <w:right w:w="80" w:type="dxa"/>
            </w:tcMar>
          </w:tcPr>
          <w:p w14:paraId="4185CFCF" w14:textId="77777777" w:rsidR="00BE22AE" w:rsidRPr="00531554" w:rsidRDefault="00BE22AE" w:rsidP="00BE22AE">
            <w:pPr>
              <w:spacing w:before="160" w:after="60"/>
              <w:rPr>
                <w:b/>
                <w:color w:val="2D3D79"/>
                <w:sz w:val="22"/>
                <w:lang w:val="da-DK"/>
              </w:rPr>
            </w:pPr>
            <w:r w:rsidRPr="00531554">
              <w:rPr>
                <w:b/>
                <w:color w:val="2D3D79"/>
                <w:sz w:val="22"/>
                <w:lang w:val="da-DK"/>
              </w:rPr>
              <w:t>Naturmødets vision</w:t>
            </w:r>
          </w:p>
          <w:p w14:paraId="7737E504" w14:textId="32629854" w:rsidR="00436CB6" w:rsidRPr="00531554" w:rsidRDefault="00BE22AE" w:rsidP="00BE22AE">
            <w:pPr>
              <w:spacing w:before="160" w:after="60"/>
              <w:rPr>
                <w:bCs/>
                <w:i/>
                <w:iCs/>
                <w:color w:val="2D3D79"/>
                <w:sz w:val="22"/>
                <w:lang w:val="da-DK"/>
              </w:rPr>
            </w:pPr>
            <w:r w:rsidRPr="00531554">
              <w:rPr>
                <w:bCs/>
                <w:i/>
                <w:iCs/>
                <w:color w:val="2D3D79"/>
                <w:sz w:val="22"/>
                <w:lang w:val="da-DK"/>
              </w:rPr>
              <w:t>Naturmødet er det vigtigste møde for verden. Vi sætter barren højt naturfagligt og oplevelsesmæssigt. Vi vil engagere, give viden, vække følelser og sikre at alle, der deltager på Naturmødet går transformeret derfra med ny viden og inspiration til at gøre en forskel for naturen.</w:t>
            </w:r>
          </w:p>
        </w:tc>
      </w:tr>
    </w:tbl>
    <w:p w14:paraId="2B703B6C" w14:textId="77777777" w:rsidR="00392156" w:rsidRPr="00531554" w:rsidRDefault="00392156">
      <w:pPr>
        <w:rPr>
          <w:lang w:val="da-DK"/>
        </w:rPr>
      </w:pPr>
    </w:p>
    <w:sectPr w:rsidR="00392156" w:rsidRPr="00531554" w:rsidSect="00531554">
      <w:headerReference w:type="default" r:id="rId11"/>
      <w:footerReference w:type="default" r:id="rId12"/>
      <w:footerReference w:type="first" r:id="rId13"/>
      <w:pgSz w:w="16838" w:h="11906" w:orient="landscape"/>
      <w:pgMar w:top="709" w:right="709" w:bottom="652" w:left="709" w:header="255"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8988" w14:textId="77777777" w:rsidR="008B00A5" w:rsidRDefault="008B00A5">
      <w:pPr>
        <w:spacing w:after="0" w:line="240" w:lineRule="auto"/>
      </w:pPr>
      <w:r>
        <w:separator/>
      </w:r>
    </w:p>
  </w:endnote>
  <w:endnote w:type="continuationSeparator" w:id="0">
    <w:p w14:paraId="73754AD5" w14:textId="77777777" w:rsidR="008B00A5" w:rsidRDefault="008B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DDCE" w14:textId="592C80A1" w:rsidR="008B2F4F" w:rsidRPr="00531554" w:rsidRDefault="008B2F4F">
    <w:pPr>
      <w:pStyle w:val="Sidefod"/>
      <w:jc w:val="right"/>
      <w:rPr>
        <w:lang w:val="da-DK"/>
      </w:rPr>
    </w:pPr>
    <w:r w:rsidRPr="00531554">
      <w:rPr>
        <w:color w:val="2D3D79"/>
        <w:sz w:val="15"/>
        <w:lang w:val="da-DK"/>
      </w:rPr>
      <w:t>Naturmødet  •  202</w:t>
    </w:r>
    <w:r w:rsidR="00531554" w:rsidRPr="00531554">
      <w:rPr>
        <w:color w:val="2D3D79"/>
        <w:sz w:val="15"/>
        <w:lang w:val="da-DK"/>
      </w:rPr>
      <w:t>7</w:t>
    </w:r>
    <w:r w:rsidRPr="00531554">
      <w:rPr>
        <w:color w:val="2D3D79"/>
        <w:sz w:val="15"/>
        <w:lang w:val="da-DK"/>
      </w:rPr>
      <w:t xml:space="preserve">  •  Hirtshals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069615"/>
      <w:docPartObj>
        <w:docPartGallery w:val="Page Numbers (Bottom of Page)"/>
        <w:docPartUnique/>
      </w:docPartObj>
    </w:sdtPr>
    <w:sdtContent>
      <w:p w14:paraId="11B14AF0" w14:textId="60DAB67F" w:rsidR="00531554" w:rsidRDefault="00531554">
        <w:pPr>
          <w:pStyle w:val="Sidefod"/>
          <w:jc w:val="center"/>
        </w:pPr>
        <w:r>
          <w:fldChar w:fldCharType="begin"/>
        </w:r>
        <w:r>
          <w:instrText>PAGE   \* MERGEFORMAT</w:instrText>
        </w:r>
        <w:r>
          <w:fldChar w:fldCharType="separate"/>
        </w:r>
        <w:r>
          <w:rPr>
            <w:lang w:val="da-DK"/>
          </w:rPr>
          <w:t>2</w:t>
        </w:r>
        <w:r>
          <w:fldChar w:fldCharType="end"/>
        </w:r>
      </w:p>
    </w:sdtContent>
  </w:sdt>
  <w:p w14:paraId="39328E23" w14:textId="77777777" w:rsidR="00531554" w:rsidRDefault="0053155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34F16" w14:textId="77777777" w:rsidR="008B00A5" w:rsidRDefault="008B00A5">
      <w:pPr>
        <w:spacing w:after="0" w:line="240" w:lineRule="auto"/>
      </w:pPr>
      <w:r>
        <w:separator/>
      </w:r>
    </w:p>
  </w:footnote>
  <w:footnote w:type="continuationSeparator" w:id="0">
    <w:p w14:paraId="72AD1609" w14:textId="77777777" w:rsidR="008B00A5" w:rsidRDefault="008B0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9E32" w14:textId="77777777" w:rsidR="008B2F4F" w:rsidRDefault="008B2F4F">
    <w:pPr>
      <w:pStyle w:val="Sidehoved"/>
    </w:pPr>
  </w:p>
  <w:tbl>
    <w:tblPr>
      <w:tblStyle w:val="TableNormal"/>
      <w:tblW w:w="0" w:type="auto"/>
      <w:jc w:val="center"/>
      <w:tblLook w:val="04A0" w:firstRow="1" w:lastRow="0" w:firstColumn="1" w:lastColumn="0" w:noHBand="0" w:noVBand="1"/>
    </w:tblPr>
    <w:tblGrid>
      <w:gridCol w:w="7698"/>
      <w:gridCol w:w="7722"/>
    </w:tblGrid>
    <w:tr w:rsidR="00436CB6" w:rsidRPr="00531554" w14:paraId="7BEC0C5F" w14:textId="77777777" w:rsidTr="00E33175">
      <w:trPr>
        <w:trHeight w:val="1560"/>
        <w:jc w:val="center"/>
      </w:trPr>
      <w:tc>
        <w:tcPr>
          <w:tcW w:w="7698" w:type="dxa"/>
          <w:tcMar>
            <w:top w:w="0" w:type="dxa"/>
            <w:left w:w="0" w:type="dxa"/>
            <w:bottom w:w="0" w:type="dxa"/>
            <w:right w:w="0" w:type="dxa"/>
          </w:tcMar>
        </w:tcPr>
        <w:p w14:paraId="3AECD2C2" w14:textId="77777777" w:rsidR="00436CB6" w:rsidRPr="00531554" w:rsidRDefault="00392156">
          <w:pPr>
            <w:spacing w:after="0"/>
            <w:rPr>
              <w:lang w:val="da-DK"/>
            </w:rPr>
          </w:pPr>
          <w:r w:rsidRPr="00531554">
            <w:rPr>
              <w:b/>
              <w:color w:val="2D3D79"/>
              <w:sz w:val="17"/>
              <w:lang w:val="da-DK"/>
            </w:rPr>
            <w:t>THUNDERDOME  |  DREJEBOG</w:t>
          </w:r>
        </w:p>
      </w:tc>
      <w:tc>
        <w:tcPr>
          <w:tcW w:w="7722" w:type="dxa"/>
          <w:tcMar>
            <w:top w:w="0" w:type="dxa"/>
            <w:left w:w="0" w:type="dxa"/>
            <w:bottom w:w="0" w:type="dxa"/>
            <w:right w:w="0" w:type="dxa"/>
          </w:tcMar>
        </w:tcPr>
        <w:p w14:paraId="3019DB5F" w14:textId="77777777" w:rsidR="00F364F4" w:rsidRPr="00531554" w:rsidRDefault="00F364F4">
          <w:pPr>
            <w:jc w:val="right"/>
            <w:rPr>
              <w:noProof/>
              <w:lang w:val="da-DK"/>
            </w:rPr>
          </w:pPr>
        </w:p>
        <w:p w14:paraId="2A5E3A37" w14:textId="2FD8ED71" w:rsidR="00436CB6" w:rsidRPr="00531554" w:rsidRDefault="00392156">
          <w:pPr>
            <w:jc w:val="right"/>
            <w:rPr>
              <w:lang w:val="da-DK"/>
            </w:rPr>
          </w:pPr>
          <w:r w:rsidRPr="00531554">
            <w:rPr>
              <w:noProof/>
              <w:lang w:val="da-DK"/>
            </w:rPr>
            <w:drawing>
              <wp:inline distT="0" distB="0" distL="0" distR="0" wp14:anchorId="59FF534B" wp14:editId="422F68EC">
                <wp:extent cx="1474843" cy="647700"/>
                <wp:effectExtent l="0" t="0" r="0" b="0"/>
                <wp:docPr id="564169730" name="Picture 1">
                  <a:extLst xmlns:a="http://schemas.openxmlformats.org/drawingml/2006/main">
                    <a:ext uri="{FF2B5EF4-FFF2-40B4-BE49-F238E27FC236}">
                      <a16:creationId xmlns:a16="http://schemas.microsoft.com/office/drawing/2014/main" id="{734E4A0D-BE89-4E09-B7D6-403D57998C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ato blgrn26.png"/>
                        <pic:cNvPicPr/>
                      </pic:nvPicPr>
                      <pic:blipFill rotWithShape="1">
                        <a:blip r:embed="rId1"/>
                        <a:srcRect b="17208"/>
                        <a:stretch>
                          <a:fillRect/>
                        </a:stretch>
                      </pic:blipFill>
                      <pic:spPr bwMode="auto">
                        <a:xfrm>
                          <a:off x="0" y="0"/>
                          <a:ext cx="1475999" cy="648208"/>
                        </a:xfrm>
                        <a:prstGeom prst="rect">
                          <a:avLst/>
                        </a:prstGeom>
                        <a:ln>
                          <a:noFill/>
                        </a:ln>
                        <a:extLst>
                          <a:ext uri="{53640926-AAD7-44D8-BBD7-CCE9431645EC}">
                            <a14:shadowObscured xmlns:a14="http://schemas.microsoft.com/office/drawing/2010/main"/>
                          </a:ext>
                        </a:extLs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3BE57BD4"/>
    <w:multiLevelType w:val="multilevel"/>
    <w:tmpl w:val="B266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8198773">
    <w:abstractNumId w:val="3"/>
  </w:num>
  <w:num w:numId="2" w16cid:durableId="127555976">
    <w:abstractNumId w:val="5"/>
  </w:num>
  <w:num w:numId="3" w16cid:durableId="1510634477">
    <w:abstractNumId w:val="1"/>
  </w:num>
  <w:num w:numId="4" w16cid:durableId="1577010909">
    <w:abstractNumId w:val="7"/>
  </w:num>
  <w:num w:numId="5" w16cid:durableId="198051762">
    <w:abstractNumId w:val="6"/>
  </w:num>
  <w:num w:numId="6" w16cid:durableId="2066444942">
    <w:abstractNumId w:val="4"/>
  </w:num>
  <w:num w:numId="7" w16cid:durableId="357505765">
    <w:abstractNumId w:val="0"/>
  </w:num>
  <w:num w:numId="8" w16cid:durableId="714544780">
    <w:abstractNumId w:val="2"/>
  </w:num>
  <w:num w:numId="9" w16cid:durableId="863832637">
    <w:abstractNumId w:val="8"/>
  </w:num>
  <w:num w:numId="10" w16cid:durableId="14455364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E1F"/>
    <w:rsid w:val="00034616"/>
    <w:rsid w:val="00054B23"/>
    <w:rsid w:val="0006063C"/>
    <w:rsid w:val="000843A3"/>
    <w:rsid w:val="00085224"/>
    <w:rsid w:val="000A77DF"/>
    <w:rsid w:val="000C067E"/>
    <w:rsid w:val="000E70F7"/>
    <w:rsid w:val="000E7765"/>
    <w:rsid w:val="00106E17"/>
    <w:rsid w:val="00144507"/>
    <w:rsid w:val="0015074B"/>
    <w:rsid w:val="001F4DA5"/>
    <w:rsid w:val="00215A79"/>
    <w:rsid w:val="0022003B"/>
    <w:rsid w:val="00226DC4"/>
    <w:rsid w:val="00227E6B"/>
    <w:rsid w:val="0029639D"/>
    <w:rsid w:val="002D0AE4"/>
    <w:rsid w:val="002E5A4D"/>
    <w:rsid w:val="002E7A4A"/>
    <w:rsid w:val="00326F90"/>
    <w:rsid w:val="0037319D"/>
    <w:rsid w:val="00382DFF"/>
    <w:rsid w:val="00392156"/>
    <w:rsid w:val="003C2F82"/>
    <w:rsid w:val="00407673"/>
    <w:rsid w:val="00425AB3"/>
    <w:rsid w:val="00436CB6"/>
    <w:rsid w:val="00483979"/>
    <w:rsid w:val="00495BC1"/>
    <w:rsid w:val="004F6ED7"/>
    <w:rsid w:val="00516529"/>
    <w:rsid w:val="00526F17"/>
    <w:rsid w:val="00531554"/>
    <w:rsid w:val="00545B5F"/>
    <w:rsid w:val="00556FA4"/>
    <w:rsid w:val="00560776"/>
    <w:rsid w:val="00597CE3"/>
    <w:rsid w:val="005B3E04"/>
    <w:rsid w:val="005D082A"/>
    <w:rsid w:val="00662BFD"/>
    <w:rsid w:val="0067259E"/>
    <w:rsid w:val="006C7714"/>
    <w:rsid w:val="006D5AF7"/>
    <w:rsid w:val="00747794"/>
    <w:rsid w:val="0076645C"/>
    <w:rsid w:val="00790769"/>
    <w:rsid w:val="007A30CF"/>
    <w:rsid w:val="007D2490"/>
    <w:rsid w:val="00863E67"/>
    <w:rsid w:val="00891FB5"/>
    <w:rsid w:val="00895AB5"/>
    <w:rsid w:val="008A788A"/>
    <w:rsid w:val="008B00A5"/>
    <w:rsid w:val="008B2F4F"/>
    <w:rsid w:val="008D22CE"/>
    <w:rsid w:val="00914C2B"/>
    <w:rsid w:val="00932801"/>
    <w:rsid w:val="009338FA"/>
    <w:rsid w:val="0094033A"/>
    <w:rsid w:val="00963B52"/>
    <w:rsid w:val="00A11456"/>
    <w:rsid w:val="00A14305"/>
    <w:rsid w:val="00A339F6"/>
    <w:rsid w:val="00A42412"/>
    <w:rsid w:val="00AA1D8D"/>
    <w:rsid w:val="00AD5AA0"/>
    <w:rsid w:val="00B128A0"/>
    <w:rsid w:val="00B46F15"/>
    <w:rsid w:val="00B47730"/>
    <w:rsid w:val="00BE22AE"/>
    <w:rsid w:val="00C05711"/>
    <w:rsid w:val="00C1383B"/>
    <w:rsid w:val="00C210B6"/>
    <w:rsid w:val="00C77284"/>
    <w:rsid w:val="00C91E69"/>
    <w:rsid w:val="00CA0B56"/>
    <w:rsid w:val="00CB0664"/>
    <w:rsid w:val="00CB11C2"/>
    <w:rsid w:val="00D14889"/>
    <w:rsid w:val="00D236F4"/>
    <w:rsid w:val="00D67164"/>
    <w:rsid w:val="00E033A5"/>
    <w:rsid w:val="00E06930"/>
    <w:rsid w:val="00E14D46"/>
    <w:rsid w:val="00E33175"/>
    <w:rsid w:val="00E47F85"/>
    <w:rsid w:val="00E92746"/>
    <w:rsid w:val="00EC6DA9"/>
    <w:rsid w:val="00ED6AFE"/>
    <w:rsid w:val="00F364F4"/>
    <w:rsid w:val="00F61F7A"/>
    <w:rsid w:val="00F74842"/>
    <w:rsid w:val="00F90DAC"/>
    <w:rsid w:val="00F963E6"/>
    <w:rsid w:val="00FC153C"/>
    <w:rsid w:val="00FC334D"/>
    <w:rsid w:val="00FC693F"/>
    <w:rsid w:val="00FD58FA"/>
    <w:rsid w:val="00FD596B"/>
    <w:rsid w:val="00FF2E9D"/>
    <w:rsid w:val="13221BB2"/>
    <w:rsid w:val="1947CB4A"/>
    <w:rsid w:val="1CBA5084"/>
    <w:rsid w:val="28126777"/>
    <w:rsid w:val="2957899A"/>
    <w:rsid w:val="3874E595"/>
    <w:rsid w:val="44263CAF"/>
    <w:rsid w:val="5E5E9CD1"/>
    <w:rsid w:val="6D7F4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11D115"/>
  <w14:defaultImageDpi w14:val="300"/>
  <w15:docId w15:val="{30BCF651-2EF1-4D49-89E9-9B0EFFEAC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Overskrift1">
    <w:name w:val="heading 1"/>
    <w:basedOn w:val="Normal"/>
    <w:next w:val="Normal"/>
    <w:uiPriority w:val="9"/>
    <w:qFormat/>
    <w:rsid w:val="00FC693F"/>
    <w:pPr>
      <w:keepNext/>
      <w:keepLines/>
      <w:spacing w:before="480" w:after="0"/>
      <w:outlineLvl w:val="0"/>
    </w:pPr>
    <w:rPr>
      <w:rFonts w:asciiTheme="majorHAnsi" w:eastAsiaTheme="majorEastAsia" w:hAnsiTheme="majorHAnsi" w:cstheme="majorBidi"/>
      <w:b/>
      <w:bCs/>
      <w:color w:val="2D3D79"/>
      <w:sz w:val="42"/>
      <w:szCs w:val="28"/>
    </w:rPr>
  </w:style>
  <w:style w:type="paragraph" w:styleId="Overskrift2">
    <w:name w:val="heading 2"/>
    <w:basedOn w:val="Normal"/>
    <w:next w:val="Normal"/>
    <w:uiPriority w:val="9"/>
    <w:unhideWhenUsed/>
    <w:qFormat/>
    <w:rsid w:val="00FC693F"/>
    <w:pPr>
      <w:keepNext/>
      <w:keepLines/>
      <w:spacing w:before="200" w:after="0"/>
      <w:outlineLvl w:val="1"/>
    </w:pPr>
    <w:rPr>
      <w:rFonts w:asciiTheme="majorHAnsi" w:eastAsiaTheme="majorEastAsia" w:hAnsiTheme="majorHAnsi" w:cstheme="majorBidi"/>
      <w:b/>
      <w:bCs/>
      <w:color w:val="2D3D79"/>
      <w:sz w:val="26"/>
      <w:szCs w:val="26"/>
    </w:rPr>
  </w:style>
  <w:style w:type="paragraph" w:styleId="Overskrift3">
    <w:name w:val="heading 3"/>
    <w:basedOn w:val="Normal"/>
    <w:next w:val="Normal"/>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Sidehoved">
    <w:name w:val="header"/>
    <w:basedOn w:val="Normal"/>
    <w:link w:val="SidehovedTegn1"/>
    <w:uiPriority w:val="99"/>
    <w:unhideWhenUsed/>
    <w:rsid w:val="00E33175"/>
    <w:pPr>
      <w:tabs>
        <w:tab w:val="center" w:pos="4819"/>
        <w:tab w:val="right" w:pos="9638"/>
      </w:tabs>
      <w:spacing w:after="0" w:line="240" w:lineRule="auto"/>
    </w:pPr>
  </w:style>
  <w:style w:type="character" w:customStyle="1" w:styleId="SidehovedTegn1">
    <w:name w:val="Sidehoved Tegn1"/>
    <w:basedOn w:val="Standardskrifttypeiafsnit"/>
    <w:link w:val="Sidehoved"/>
    <w:uiPriority w:val="99"/>
    <w:rsid w:val="00E33175"/>
    <w:rPr>
      <w:rFonts w:ascii="Arial" w:hAnsi="Arial"/>
      <w:sz w:val="18"/>
    </w:rPr>
  </w:style>
  <w:style w:type="paragraph" w:styleId="Sidefod">
    <w:name w:val="footer"/>
    <w:basedOn w:val="Normal"/>
    <w:link w:val="SidefodTegn1"/>
    <w:uiPriority w:val="99"/>
    <w:unhideWhenUsed/>
    <w:rsid w:val="00E33175"/>
    <w:pPr>
      <w:tabs>
        <w:tab w:val="center" w:pos="4819"/>
        <w:tab w:val="right" w:pos="9638"/>
      </w:tabs>
      <w:spacing w:after="0" w:line="240" w:lineRule="auto"/>
    </w:pPr>
  </w:style>
  <w:style w:type="character" w:customStyle="1" w:styleId="SidefodTegn1">
    <w:name w:val="Sidefod Tegn1"/>
    <w:basedOn w:val="Standardskrifttypeiafsnit"/>
    <w:link w:val="Sidefod"/>
    <w:uiPriority w:val="99"/>
    <w:rsid w:val="00E33175"/>
    <w:rPr>
      <w:rFonts w:ascii="Arial" w:hAnsi="Arial"/>
      <w:sz w:val="18"/>
    </w:rPr>
  </w:style>
  <w:style w:type="paragraph" w:styleId="Ingenafstand">
    <w:name w:val="No Spacing"/>
    <w:uiPriority w:val="1"/>
    <w:qFormat/>
    <w:rsid w:val="00FC693F"/>
    <w:pPr>
      <w:spacing w:after="0" w:line="240" w:lineRule="auto"/>
    </w:pPr>
  </w:style>
  <w:style w:type="paragraph" w:styleId="Listeafsnit">
    <w:name w:val="List Paragraph"/>
    <w:basedOn w:val="Normal"/>
    <w:uiPriority w:val="34"/>
    <w:qFormat/>
    <w:rsid w:val="00FC693F"/>
    <w:pPr>
      <w:ind w:left="720"/>
      <w:contextualSpacing/>
    </w:p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9"/>
      </w:numPr>
      <w:contextualSpacing/>
    </w:pPr>
  </w:style>
  <w:style w:type="paragraph" w:styleId="Opstilling-punkttegn2">
    <w:name w:val="List Bullet 2"/>
    <w:basedOn w:val="Normal"/>
    <w:uiPriority w:val="99"/>
    <w:unhideWhenUsed/>
    <w:rsid w:val="00326F90"/>
    <w:pPr>
      <w:numPr>
        <w:numId w:val="5"/>
      </w:numPr>
      <w:contextualSpacing/>
    </w:pPr>
  </w:style>
  <w:style w:type="paragraph" w:styleId="Opstilling-punkttegn3">
    <w:name w:val="List Bullet 3"/>
    <w:basedOn w:val="Normal"/>
    <w:uiPriority w:val="99"/>
    <w:unhideWhenUsed/>
    <w:rsid w:val="00326F90"/>
    <w:pPr>
      <w:numPr>
        <w:numId w:val="2"/>
      </w:numPr>
      <w:contextualSpacing/>
    </w:pPr>
  </w:style>
  <w:style w:type="paragraph" w:styleId="Opstilling-talellerbogst">
    <w:name w:val="List Number"/>
    <w:basedOn w:val="Normal"/>
    <w:uiPriority w:val="99"/>
    <w:unhideWhenUsed/>
    <w:rsid w:val="00326F90"/>
    <w:pPr>
      <w:numPr>
        <w:numId w:val="4"/>
      </w:numPr>
      <w:contextualSpacing/>
    </w:pPr>
  </w:style>
  <w:style w:type="paragraph" w:styleId="Opstilling-talellerbogst2">
    <w:name w:val="List Number 2"/>
    <w:basedOn w:val="Normal"/>
    <w:uiPriority w:val="99"/>
    <w:unhideWhenUsed/>
    <w:rsid w:val="0029639D"/>
    <w:pPr>
      <w:numPr>
        <w:numId w:val="1"/>
      </w:numPr>
      <w:contextualSpacing/>
    </w:pPr>
  </w:style>
  <w:style w:type="paragraph" w:styleId="Opstilling-talellerbogst3">
    <w:name w:val="List Number 3"/>
    <w:basedOn w:val="Normal"/>
    <w:uiPriority w:val="99"/>
    <w:unhideWhenUsed/>
    <w:rsid w:val="0029639D"/>
    <w:pPr>
      <w:numPr>
        <w:numId w:val="8"/>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Billedtekst">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
    <w:name w:val="Light Shading -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
    <w:name w:val="Light Shading -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
    <w:name w:val="Light Shading -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
    <w:name w:val="Light Shading -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
    <w:name w:val="Light Shading -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
    <w:name w:val="Light List -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
    <w:name w:val="Light List -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
    <w:name w:val="Light List -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
    <w:name w:val="Light List -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
    <w:name w:val="Light List -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
    <w:name w:val="Light Grid -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
    <w:name w:val="Light Grid -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
    <w:name w:val="Light Grid -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
    <w:name w:val="Light Grid -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
    <w:name w:val="Light Grid -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
    <w:name w:val="Medium Shading 1 -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
    <w:name w:val="Medium Shading 1 -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
    <w:name w:val="Medium Shading 1 -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
    <w:name w:val="Medium Shading 1 -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
    <w:name w:val="Medium Shading 1 -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
    <w:name w:val="Medium Shading 2 -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
    <w:name w:val="Medium Shading 2 -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
    <w:name w:val="Medium Shading 2 -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
    <w:name w:val="Medium Shading 2 -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
    <w:name w:val="Medium Shading 2 -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
    <w:name w:val="Medium List 1 -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
    <w:name w:val="Medium List 1 -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
    <w:name w:val="Medium List 1 -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
    <w:name w:val="Medium List 1 -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
    <w:name w:val="Medium List 1 -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
    <w:name w:val="Medium List 2 -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
    <w:name w:val="Medium List 2 -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
    <w:name w:val="Medium List 2 -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
    <w:name w:val="Medium List 2 -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
    <w:name w:val="Medium List 2 -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
    <w:name w:val="Medium List 2 -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
    <w:name w:val="Medium Grid 1 -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
    <w:name w:val="Medium Grid 1 -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
    <w:name w:val="Medium Grid 1 -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
    <w:name w:val="Medium Grid 1 -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
    <w:name w:val="Medium Grid 1 -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
    <w:name w:val="Medium Grid 1 -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
    <w:name w:val="Medium Grid 2 -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
    <w:name w:val="Medium Grid 2 -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
    <w:name w:val="Medium Grid 2 -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
    <w:name w:val="Medium Grid 2 -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
    <w:name w:val="Medium Grid 2 -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
    <w:name w:val="Medium Grid 2 -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
    <w:name w:val="Medium Grid 3 -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
    <w:name w:val="Medium Grid 3 -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
    <w:name w:val="Medium Grid 3 -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
    <w:name w:val="Medium Grid 3 -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
    <w:name w:val="Medium Grid 3 -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
    <w:name w:val="Medium Grid 3 -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
    <w:name w:val="Dark List -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
    <w:name w:val="Dark List -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
    <w:name w:val="Dark List -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
    <w:name w:val="Dark List -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
    <w:name w:val="Dark List -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
    <w:name w:val="Dark List -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mmentReference">
    <w:name w:val="Comment Reference"/>
    <w:basedOn w:val="Standardskrifttypeiafsnit"/>
    <w:uiPriority w:val="99"/>
    <w:semiHidden/>
    <w:unhideWhenUsed/>
    <w:rPr>
      <w:sz w:val="16"/>
      <w:szCs w:val="16"/>
    </w:rPr>
  </w:style>
  <w:style w:type="character" w:customStyle="1" w:styleId="SidehovedTegn">
    <w:name w:val="Sidehoved Tegn"/>
    <w:basedOn w:val="Standardskrifttypeiafsnit"/>
    <w:uiPriority w:val="99"/>
    <w:rsid w:val="00054B23"/>
  </w:style>
  <w:style w:type="character" w:customStyle="1" w:styleId="SidefodTegn">
    <w:name w:val="Sidefod Tegn"/>
    <w:basedOn w:val="Standardskrifttypeiafsnit"/>
    <w:uiPriority w:val="99"/>
    <w:rsid w:val="00054B23"/>
  </w:style>
  <w:style w:type="character" w:customStyle="1" w:styleId="Overskrift1Tegn">
    <w:name w:val="Overskrift 1 Tegn"/>
    <w:basedOn w:val="Standardskrifttypeiafsnit"/>
    <w:uiPriority w:val="9"/>
    <w:rsid w:val="00054B23"/>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uiPriority w:val="9"/>
    <w:rsid w:val="00054B23"/>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uiPriority w:val="9"/>
    <w:rsid w:val="00054B23"/>
    <w:rPr>
      <w:rFonts w:asciiTheme="majorHAnsi" w:eastAsiaTheme="majorEastAsia" w:hAnsiTheme="majorHAnsi" w:cstheme="majorBidi"/>
      <w:b/>
      <w:bCs/>
      <w:color w:val="4F81BD" w:themeColor="accent1"/>
    </w:rPr>
  </w:style>
  <w:style w:type="character" w:customStyle="1" w:styleId="TitelTegn">
    <w:name w:val="Titel Tegn"/>
    <w:basedOn w:val="Standardskrifttypeiafsnit"/>
    <w:uiPriority w:val="10"/>
    <w:rsid w:val="00054B23"/>
    <w:rPr>
      <w:rFonts w:asciiTheme="majorHAnsi" w:eastAsiaTheme="majorEastAsia" w:hAnsiTheme="majorHAnsi" w:cstheme="majorBidi"/>
      <w:color w:val="17365D" w:themeColor="text2" w:themeShade="BF"/>
      <w:spacing w:val="5"/>
      <w:kern w:val="28"/>
      <w:sz w:val="52"/>
      <w:szCs w:val="52"/>
    </w:rPr>
  </w:style>
  <w:style w:type="character" w:customStyle="1" w:styleId="UndertitelTegn">
    <w:name w:val="Undertitel Tegn"/>
    <w:basedOn w:val="Standardskrifttypeiafsnit"/>
    <w:uiPriority w:val="11"/>
    <w:rsid w:val="00054B23"/>
    <w:rPr>
      <w:rFonts w:asciiTheme="majorHAnsi" w:eastAsiaTheme="majorEastAsia" w:hAnsiTheme="majorHAnsi" w:cstheme="majorBidi"/>
      <w:i/>
      <w:iCs/>
      <w:color w:val="4F81BD" w:themeColor="accent1"/>
      <w:spacing w:val="15"/>
      <w:sz w:val="24"/>
      <w:szCs w:val="24"/>
    </w:rPr>
  </w:style>
  <w:style w:type="character" w:customStyle="1" w:styleId="BrdtekstTegn">
    <w:name w:val="Brødtekst Tegn"/>
    <w:basedOn w:val="Standardskrifttypeiafsnit"/>
    <w:uiPriority w:val="99"/>
    <w:rsid w:val="00054B23"/>
  </w:style>
  <w:style w:type="character" w:customStyle="1" w:styleId="Brdtekst2Tegn">
    <w:name w:val="Brødtekst 2 Tegn"/>
    <w:basedOn w:val="Standardskrifttypeiafsnit"/>
    <w:uiPriority w:val="99"/>
    <w:rsid w:val="00054B23"/>
  </w:style>
  <w:style w:type="character" w:customStyle="1" w:styleId="Brdtekst3Tegn">
    <w:name w:val="Brødtekst 3 Tegn"/>
    <w:basedOn w:val="Standardskrifttypeiafsnit"/>
    <w:uiPriority w:val="99"/>
    <w:rsid w:val="00054B23"/>
    <w:rPr>
      <w:sz w:val="16"/>
      <w:szCs w:val="16"/>
    </w:rPr>
  </w:style>
  <w:style w:type="character" w:customStyle="1" w:styleId="MakrotekstTegn">
    <w:name w:val="Makrotekst Tegn"/>
    <w:basedOn w:val="Standardskrifttypeiafsnit"/>
    <w:uiPriority w:val="99"/>
    <w:rsid w:val="00054B23"/>
    <w:rPr>
      <w:rFonts w:ascii="Courier" w:hAnsi="Courier"/>
      <w:sz w:val="20"/>
      <w:szCs w:val="20"/>
    </w:rPr>
  </w:style>
  <w:style w:type="character" w:customStyle="1" w:styleId="CitatTegn">
    <w:name w:val="Citat Tegn"/>
    <w:basedOn w:val="Standardskrifttypeiafsnit"/>
    <w:uiPriority w:val="29"/>
    <w:rsid w:val="00054B23"/>
    <w:rPr>
      <w:i/>
      <w:iCs/>
      <w:color w:val="000000" w:themeColor="text1"/>
    </w:rPr>
  </w:style>
  <w:style w:type="character" w:customStyle="1" w:styleId="Overskrift4Tegn">
    <w:name w:val="Overskrift 4 Tegn"/>
    <w:basedOn w:val="Standardskrifttypeiafsnit"/>
    <w:uiPriority w:val="9"/>
    <w:semiHidden/>
    <w:rsid w:val="00054B23"/>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uiPriority w:val="9"/>
    <w:semiHidden/>
    <w:rsid w:val="00054B23"/>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uiPriority w:val="9"/>
    <w:semiHidden/>
    <w:rsid w:val="00054B23"/>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uiPriority w:val="9"/>
    <w:semiHidden/>
    <w:rsid w:val="00054B23"/>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uiPriority w:val="9"/>
    <w:semiHidden/>
    <w:rsid w:val="00054B23"/>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uiPriority w:val="9"/>
    <w:semiHidden/>
    <w:rsid w:val="00054B23"/>
    <w:rPr>
      <w:rFonts w:asciiTheme="majorHAnsi" w:eastAsiaTheme="majorEastAsia" w:hAnsiTheme="majorHAnsi" w:cstheme="majorBidi"/>
      <w:i/>
      <w:iCs/>
      <w:color w:val="404040" w:themeColor="text1" w:themeTint="BF"/>
      <w:sz w:val="20"/>
      <w:szCs w:val="20"/>
    </w:rPr>
  </w:style>
  <w:style w:type="character" w:customStyle="1" w:styleId="StrktcitatTegn">
    <w:name w:val="Stærkt citat Tegn"/>
    <w:basedOn w:val="Standardskrifttypeiafsnit"/>
    <w:uiPriority w:val="30"/>
    <w:rsid w:val="00054B23"/>
    <w:rPr>
      <w:b/>
      <w:bCs/>
      <w:i/>
      <w:iCs/>
      <w:color w:val="4F81BD" w:themeColor="accent1"/>
    </w:rPr>
  </w:style>
  <w:style w:type="character" w:customStyle="1" w:styleId="KommentartekstTegn">
    <w:name w:val="Kommentartekst Tegn"/>
    <w:basedOn w:val="Standardskrifttypeiafsnit"/>
    <w:uiPriority w:val="99"/>
    <w:semiHidden/>
    <w:rsid w:val="00054B23"/>
    <w:rPr>
      <w:rFonts w:ascii="Arial" w:hAnsi="Arial"/>
      <w:sz w:val="20"/>
      <w:szCs w:val="20"/>
    </w:rPr>
  </w:style>
  <w:style w:type="paragraph" w:styleId="Kommentartekst">
    <w:name w:val="annotation text"/>
    <w:basedOn w:val="Normal"/>
    <w:link w:val="KommentartekstTegn1"/>
    <w:uiPriority w:val="99"/>
    <w:unhideWhenUsed/>
    <w:pPr>
      <w:spacing w:line="240" w:lineRule="auto"/>
    </w:pPr>
    <w:rPr>
      <w:sz w:val="20"/>
      <w:szCs w:val="20"/>
    </w:rPr>
  </w:style>
  <w:style w:type="character" w:customStyle="1" w:styleId="KommentartekstTegn1">
    <w:name w:val="Kommentartekst Tegn1"/>
    <w:basedOn w:val="Standardskrifttypeiafsnit"/>
    <w:link w:val="Kommentartekst"/>
    <w:uiPriority w:val="99"/>
    <w:rPr>
      <w:rFonts w:ascii="Arial" w:hAnsi="Arial"/>
      <w:sz w:val="20"/>
      <w:szCs w:val="20"/>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D14889"/>
    <w:rPr>
      <w:b/>
      <w:bCs/>
    </w:rPr>
  </w:style>
  <w:style w:type="character" w:customStyle="1" w:styleId="KommentaremneTegn">
    <w:name w:val="Kommentaremne Tegn"/>
    <w:basedOn w:val="KommentartekstTegn1"/>
    <w:link w:val="Kommentaremne"/>
    <w:uiPriority w:val="99"/>
    <w:semiHidden/>
    <w:rsid w:val="00D1488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d3bc1c-4c0b-4151-bfcc-caa53ef6e927">
      <Terms xmlns="http://schemas.microsoft.com/office/infopath/2007/PartnerControls"/>
    </lcf76f155ced4ddcb4097134ff3c332f>
    <Seneste_Journalisering_SBSYSJournalisering xmlns="9dd3bc1c-4c0b-4151-bfcc-caa53ef6e927" xsi:nil="true"/>
    <Tidligere_Journaliseret_SBSYSJournalisering xmlns="9dd3bc1c-4c0b-4151-bfcc-caa53ef6e927" xsi:nil="true"/>
    <KLIK_IKKE_JournaliseredeSager_SBSYSJournalisering xmlns="9dd3bc1c-4c0b-4151-bfcc-caa53ef6e927" xsi:nil="true"/>
    <TaxCatchAll xmlns="6145afb6-c473-459a-8412-8918cff16103"/>
    <KLIK_IKKE_JournaliseringsTidspunkter_SBSYSJournalisering xmlns="9dd3bc1c-4c0b-4151-bfcc-caa53ef6e927" xsi:nil="true"/>
    <sdfsdf_x0020_ xmlns="9dd3bc1c-4c0b-4151-bfcc-caa53ef6e9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E121D6D20B4D343B68B5ED46D45B8CB" ma:contentTypeVersion="24" ma:contentTypeDescription="Opret et nyt dokument." ma:contentTypeScope="" ma:versionID="278906ffa300e22a2509f1e57e50e63c">
  <xsd:schema xmlns:xsd="http://www.w3.org/2001/XMLSchema" xmlns:xs="http://www.w3.org/2001/XMLSchema" xmlns:p="http://schemas.microsoft.com/office/2006/metadata/properties" xmlns:ns2="9dd3bc1c-4c0b-4151-bfcc-caa53ef6e927" xmlns:ns3="6145afb6-c473-459a-8412-8918cff16103" targetNamespace="http://schemas.microsoft.com/office/2006/metadata/properties" ma:root="true" ma:fieldsID="ebf162e10f04cdba464297796904faf8" ns2:_="" ns3:_="">
    <xsd:import namespace="9dd3bc1c-4c0b-4151-bfcc-caa53ef6e927"/>
    <xsd:import namespace="6145afb6-c473-459a-8412-8918cff161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idligere_Journaliseret_SBSYSJournalisering" minOccurs="0"/>
                <xsd:element ref="ns2:Seneste_Journalisering_SBSYSJournalisering" minOccurs="0"/>
                <xsd:element ref="ns2:KLIK_IKKE_JournaliseredeSager_SBSYSJournalisering" minOccurs="0"/>
                <xsd:element ref="ns2:KLIK_IKKE_JournaliseringsTidspunkter_SBSYSJournalisering" minOccurs="0"/>
                <xsd:element ref="ns2:MediaServiceObjectDetectorVersions" minOccurs="0"/>
                <xsd:element ref="ns2:MediaServiceSearchProperties" minOccurs="0"/>
                <xsd:element ref="ns2:MediaServiceBillingMetadata" minOccurs="0"/>
                <xsd:element ref="ns2:sdfsdf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3bc1c-4c0b-4151-bfcc-caa53ef6e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fd8b7232-3447-4015-8c29-860061c6a390" ma:termSetId="09814cd3-568e-fe90-9814-8d621ff8fb84" ma:anchorId="fba54fb3-c3e1-fe81-a776-ca4b69148c4d" ma:open="true" ma:isKeyword="false">
      <xsd:complexType>
        <xsd:sequence>
          <xsd:element ref="pc:Terms" minOccurs="0" maxOccurs="1"/>
        </xsd:sequence>
      </xsd:complexType>
    </xsd:element>
    <xsd:element name="Tidligere_Journaliseret_SBSYSJournalisering" ma:index="24" nillable="true" ma:displayName="Tidligere_Journaliseret_SBSYSJournalisering" ma:description="Boolsk værdi om filen tidligere er blevet journaliseret" ma:hidden="true" ma:internalName="Tidligere_Journaliseret_SBSYSJournalisering" ma:readOnly="false">
      <xsd:simpleType>
        <xsd:restriction base="dms:Boolean"/>
      </xsd:simpleType>
    </xsd:element>
    <xsd:element name="Seneste_Journalisering_SBSYSJournalisering" ma:index="25" nillable="true" ma:displayName="Seneste_Journalisering_SBSYSJournalisering" ma:description="Dato og tidspunkt for den seneste journalisering. " ma:format="DateTime" ma:hidden="true" ma:internalName="Seneste_Journalisering_SBSYSJournalisering" ma:readOnly="false">
      <xsd:simpleType>
        <xsd:restriction base="dms:DateTime"/>
      </xsd:simpleType>
    </xsd:element>
    <xsd:element name="KLIK_IKKE_JournaliseredeSager_SBSYSJournalisering" ma:index="26" nillable="true" ma:displayName="KLIK_IKKE_JournaliseredeSager_SBSYSJournalisering" ma:description="Liste med sagsnumre for journalisering" ma:hidden="true" ma:internalName="KLIK_IKKE_JournaliseredeSager_SBSYSJournalisering" ma:readOnly="false">
      <xsd:simpleType>
        <xsd:restriction base="dms:Note"/>
      </xsd:simpleType>
    </xsd:element>
    <xsd:element name="KLIK_IKKE_JournaliseringsTidspunkter_SBSYSJournalisering" ma:index="27" nillable="true" ma:displayName="KLIK_IKKE_JournaliseringsTidspunkter_SBSYSJournalisering" ma:description="Liste med tidspunbter for journalisering" ma:hidden="true" ma:internalName="KLIK_IKKE_JournaliseringsTidspunkter_SBSYSJournalisering" ma:readOnly="fals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sdfsdf_x0020_" ma:index="31" nillable="true" ma:displayName="sdfsdf " ma:internalName="sdfsdf_x0020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5afb6-c473-459a-8412-8918cff16103"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b3fede51-6019-43f1-9ab0-4127bc0f6831}" ma:internalName="TaxCatchAll" ma:showField="CatchAllData" ma:web="6145afb6-c473-459a-8412-8918cff16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69646-1DBC-4A10-98A1-6D592F2A5544}">
  <ds:schemaRefs>
    <ds:schemaRef ds:uri="http://schemas.microsoft.com/sharepoint/v3/contenttype/forms"/>
  </ds:schemaRefs>
</ds:datastoreItem>
</file>

<file path=customXml/itemProps2.xml><?xml version="1.0" encoding="utf-8"?>
<ds:datastoreItem xmlns:ds="http://schemas.openxmlformats.org/officeDocument/2006/customXml" ds:itemID="{5CB5EF37-7C17-4B33-8ED8-85B81CED61EC}">
  <ds:schemaRefs>
    <ds:schemaRef ds:uri="http://schemas.microsoft.com/office/2006/metadata/properties"/>
    <ds:schemaRef ds:uri="http://schemas.microsoft.com/office/infopath/2007/PartnerControls"/>
    <ds:schemaRef ds:uri="9dd3bc1c-4c0b-4151-bfcc-caa53ef6e927"/>
    <ds:schemaRef ds:uri="6145afb6-c473-459a-8412-8918cff16103"/>
  </ds:schemaRefs>
</ds:datastoreItem>
</file>

<file path=customXml/itemProps3.xml><?xml version="1.0" encoding="utf-8"?>
<ds:datastoreItem xmlns:ds="http://schemas.openxmlformats.org/officeDocument/2006/customXml" ds:itemID="{521826C4-C7A2-4291-B982-902E52456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3bc1c-4c0b-4151-bfcc-caa53ef6e927"/>
    <ds:schemaRef ds:uri="6145afb6-c473-459a-8412-8918cff16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701</Words>
  <Characters>4199</Characters>
  <Application>Microsoft Office Word</Application>
  <DocSecurity>0</DocSecurity>
  <Lines>247</Lines>
  <Paragraphs>213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Jacob Nedergaard</cp:lastModifiedBy>
  <cp:revision>9</cp:revision>
  <dcterms:created xsi:type="dcterms:W3CDTF">2026-09-23T12:51:00Z</dcterms:created>
  <dcterms:modified xsi:type="dcterms:W3CDTF">2026-10-05T10:56:00Z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0x010100EE121D6D20B4D343B68B5ED46D45B8CB</vt:lpwstr>
  </property>
  <property fmtid="{D5CDD505-2E9C-101B-9397-08002B2CF9AE}" pid="3" name="MediaServiceImageTags">
    <vt:lpwstr/>
  </property>
</Properties>
</file>